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632F" w:rsidRPr="00796614" w:rsidRDefault="00796614">
      <w:pPr>
        <w:spacing w:after="40"/>
        <w:jc w:val="center"/>
        <w:rPr>
          <w:sz w:val="28"/>
          <w:lang w:eastAsia="ko-KR"/>
        </w:rPr>
      </w:pPr>
      <w:proofErr w:type="spellStart"/>
      <w:r w:rsidRPr="00796614">
        <w:rPr>
          <w:rFonts w:ascii="맑은 고딕" w:eastAsia="맑은 고딕" w:hAnsi="맑은 고딕" w:cs="맑은 고딕" w:hint="eastAsia"/>
          <w:b/>
          <w:color w:val="1A365D"/>
          <w:sz w:val="36"/>
          <w:lang w:eastAsia="ko-KR"/>
        </w:rPr>
        <w:t>금산</w:t>
      </w:r>
      <w:r w:rsidR="008B6229" w:rsidRPr="00796614">
        <w:rPr>
          <w:rFonts w:ascii="맑은 고딕" w:hAnsi="맑은 고딕"/>
          <w:b/>
          <w:color w:val="1A365D"/>
          <w:sz w:val="36"/>
          <w:lang w:eastAsia="ko-KR"/>
        </w:rPr>
        <w:t>반다비체육센터</w:t>
      </w:r>
      <w:proofErr w:type="spellEnd"/>
      <w:r w:rsidR="008B6229" w:rsidRPr="00796614">
        <w:rPr>
          <w:rFonts w:ascii="맑은 고딕" w:hAnsi="맑은 고딕"/>
          <w:b/>
          <w:color w:val="1A365D"/>
          <w:sz w:val="36"/>
          <w:lang w:eastAsia="ko-KR"/>
        </w:rPr>
        <w:t xml:space="preserve"> </w:t>
      </w:r>
      <w:r w:rsidR="008B6229" w:rsidRPr="00796614">
        <w:rPr>
          <w:rFonts w:ascii="맑은 고딕" w:hAnsi="맑은 고딕"/>
          <w:b/>
          <w:color w:val="1A365D"/>
          <w:sz w:val="36"/>
          <w:lang w:eastAsia="ko-KR"/>
        </w:rPr>
        <w:t>체육관</w:t>
      </w:r>
      <w:r w:rsidR="008B6229" w:rsidRPr="00796614">
        <w:rPr>
          <w:rFonts w:ascii="맑은 고딕" w:hAnsi="맑은 고딕"/>
          <w:b/>
          <w:color w:val="1A365D"/>
          <w:sz w:val="36"/>
          <w:lang w:eastAsia="ko-KR"/>
        </w:rPr>
        <w:t xml:space="preserve"> </w:t>
      </w:r>
      <w:r w:rsidR="008B6229" w:rsidRPr="00796614">
        <w:rPr>
          <w:rFonts w:ascii="맑은 고딕" w:hAnsi="맑은 고딕"/>
          <w:b/>
          <w:color w:val="1A365D"/>
          <w:sz w:val="36"/>
          <w:lang w:eastAsia="ko-KR"/>
        </w:rPr>
        <w:t>대관</w:t>
      </w:r>
      <w:r w:rsidR="008B6229" w:rsidRPr="00796614">
        <w:rPr>
          <w:rFonts w:ascii="맑은 고딕" w:hAnsi="맑은 고딕"/>
          <w:b/>
          <w:color w:val="1A365D"/>
          <w:sz w:val="36"/>
          <w:lang w:eastAsia="ko-KR"/>
        </w:rPr>
        <w:t xml:space="preserve"> </w:t>
      </w:r>
      <w:r w:rsidR="008B6229" w:rsidRPr="00796614">
        <w:rPr>
          <w:rFonts w:ascii="맑은 고딕" w:hAnsi="맑은 고딕"/>
          <w:b/>
          <w:color w:val="1A365D"/>
          <w:sz w:val="36"/>
          <w:lang w:eastAsia="ko-KR"/>
        </w:rPr>
        <w:t>신청서</w:t>
      </w:r>
      <w:r w:rsidR="008B6229" w:rsidRPr="00796614">
        <w:rPr>
          <w:rFonts w:ascii="맑은 고딕" w:hAnsi="맑은 고딕"/>
          <w:b/>
          <w:color w:val="1A365D"/>
          <w:sz w:val="36"/>
          <w:lang w:eastAsia="ko-KR"/>
        </w:rPr>
        <w:t xml:space="preserve"> </w:t>
      </w:r>
      <w:r w:rsidR="008B6229" w:rsidRPr="00796614">
        <w:rPr>
          <w:rFonts w:ascii="맑은 고딕" w:hAnsi="맑은 고딕"/>
          <w:b/>
          <w:color w:val="1A365D"/>
          <w:sz w:val="36"/>
          <w:lang w:eastAsia="ko-KR"/>
        </w:rPr>
        <w:t>및</w:t>
      </w:r>
      <w:r w:rsidR="008B6229" w:rsidRPr="00796614">
        <w:rPr>
          <w:rFonts w:ascii="맑은 고딕" w:hAnsi="맑은 고딕"/>
          <w:b/>
          <w:color w:val="1A365D"/>
          <w:sz w:val="36"/>
          <w:lang w:eastAsia="ko-KR"/>
        </w:rPr>
        <w:t xml:space="preserve"> </w:t>
      </w:r>
      <w:r w:rsidR="008B6229" w:rsidRPr="00796614">
        <w:rPr>
          <w:rFonts w:ascii="맑은 고딕" w:hAnsi="맑은 고딕"/>
          <w:b/>
          <w:color w:val="1A365D"/>
          <w:sz w:val="36"/>
          <w:lang w:eastAsia="ko-KR"/>
        </w:rPr>
        <w:t>이용</w:t>
      </w:r>
      <w:r w:rsidR="008B6229" w:rsidRPr="00796614">
        <w:rPr>
          <w:rFonts w:ascii="맑은 고딕" w:hAnsi="맑은 고딕"/>
          <w:b/>
          <w:color w:val="1A365D"/>
          <w:sz w:val="36"/>
          <w:lang w:eastAsia="ko-KR"/>
        </w:rPr>
        <w:t xml:space="preserve"> </w:t>
      </w:r>
      <w:r w:rsidR="008B6229" w:rsidRPr="00796614">
        <w:rPr>
          <w:rFonts w:ascii="맑은 고딕" w:hAnsi="맑은 고딕"/>
          <w:b/>
          <w:color w:val="1A365D"/>
          <w:sz w:val="36"/>
          <w:lang w:eastAsia="ko-KR"/>
        </w:rPr>
        <w:t>서약서</w:t>
      </w:r>
    </w:p>
    <w:p w:rsidR="001C632F" w:rsidRDefault="008B6229" w:rsidP="00796614">
      <w:pPr>
        <w:spacing w:after="160"/>
        <w:rPr>
          <w:lang w:eastAsia="ko-KR"/>
        </w:rPr>
      </w:pPr>
      <w:r>
        <w:rPr>
          <w:rFonts w:ascii="맑은 고딕" w:hAnsi="맑은 고딕"/>
          <w:color w:val="4A5568"/>
          <w:sz w:val="17"/>
          <w:lang w:eastAsia="ko-KR"/>
        </w:rPr>
        <w:t>본</w:t>
      </w:r>
      <w:r>
        <w:rPr>
          <w:rFonts w:ascii="맑은 고딕" w:hAnsi="맑은 고딕"/>
          <w:color w:val="4A5568"/>
          <w:sz w:val="17"/>
          <w:lang w:eastAsia="ko-KR"/>
        </w:rPr>
        <w:t xml:space="preserve"> </w:t>
      </w:r>
      <w:r>
        <w:rPr>
          <w:rFonts w:ascii="맑은 고딕" w:hAnsi="맑은 고딕"/>
          <w:color w:val="4A5568"/>
          <w:sz w:val="17"/>
          <w:lang w:eastAsia="ko-KR"/>
        </w:rPr>
        <w:t>신청서는</w:t>
      </w:r>
      <w:r>
        <w:rPr>
          <w:rFonts w:ascii="맑은 고딕" w:hAnsi="맑은 고딕"/>
          <w:color w:val="4A5568"/>
          <w:sz w:val="17"/>
          <w:lang w:eastAsia="ko-KR"/>
        </w:rPr>
        <w:t xml:space="preserve"> </w:t>
      </w:r>
      <w:r>
        <w:rPr>
          <w:rFonts w:ascii="맑은 고딕" w:hAnsi="맑은 고딕"/>
          <w:color w:val="4A5568"/>
          <w:sz w:val="17"/>
          <w:lang w:eastAsia="ko-KR"/>
        </w:rPr>
        <w:t>체육관의</w:t>
      </w:r>
      <w:r>
        <w:rPr>
          <w:rFonts w:ascii="맑은 고딕" w:hAnsi="맑은 고딕"/>
          <w:color w:val="4A5568"/>
          <w:sz w:val="17"/>
          <w:lang w:eastAsia="ko-KR"/>
        </w:rPr>
        <w:t xml:space="preserve"> </w:t>
      </w:r>
      <w:r>
        <w:rPr>
          <w:rFonts w:ascii="맑은 고딕" w:hAnsi="맑은 고딕"/>
          <w:color w:val="4A5568"/>
          <w:sz w:val="17"/>
          <w:lang w:eastAsia="ko-KR"/>
        </w:rPr>
        <w:t>효율적인</w:t>
      </w:r>
      <w:r>
        <w:rPr>
          <w:rFonts w:ascii="맑은 고딕" w:hAnsi="맑은 고딕"/>
          <w:color w:val="4A5568"/>
          <w:sz w:val="17"/>
          <w:lang w:eastAsia="ko-KR"/>
        </w:rPr>
        <w:t xml:space="preserve"> </w:t>
      </w:r>
      <w:r>
        <w:rPr>
          <w:rFonts w:ascii="맑은 고딕" w:hAnsi="맑은 고딕"/>
          <w:color w:val="4A5568"/>
          <w:sz w:val="17"/>
          <w:lang w:eastAsia="ko-KR"/>
        </w:rPr>
        <w:t>대관</w:t>
      </w:r>
      <w:r>
        <w:rPr>
          <w:rFonts w:ascii="맑은 고딕" w:hAnsi="맑은 고딕"/>
          <w:color w:val="4A5568"/>
          <w:sz w:val="17"/>
          <w:lang w:eastAsia="ko-KR"/>
        </w:rPr>
        <w:t xml:space="preserve"> </w:t>
      </w:r>
      <w:r>
        <w:rPr>
          <w:rFonts w:ascii="맑은 고딕" w:hAnsi="맑은 고딕"/>
          <w:color w:val="4A5568"/>
          <w:sz w:val="17"/>
          <w:lang w:eastAsia="ko-KR"/>
        </w:rPr>
        <w:t>관리</w:t>
      </w:r>
      <w:r>
        <w:rPr>
          <w:rFonts w:ascii="맑은 고딕" w:hAnsi="맑은 고딕"/>
          <w:color w:val="4A5568"/>
          <w:sz w:val="17"/>
          <w:lang w:eastAsia="ko-KR"/>
        </w:rPr>
        <w:t xml:space="preserve"> </w:t>
      </w:r>
      <w:r>
        <w:rPr>
          <w:rFonts w:ascii="맑은 고딕" w:hAnsi="맑은 고딕"/>
          <w:color w:val="4A5568"/>
          <w:sz w:val="17"/>
          <w:lang w:eastAsia="ko-KR"/>
        </w:rPr>
        <w:t>및</w:t>
      </w:r>
      <w:r>
        <w:rPr>
          <w:rFonts w:ascii="맑은 고딕" w:hAnsi="맑은 고딕"/>
          <w:color w:val="4A5568"/>
          <w:sz w:val="17"/>
          <w:lang w:eastAsia="ko-KR"/>
        </w:rPr>
        <w:t xml:space="preserve"> </w:t>
      </w:r>
      <w:r>
        <w:rPr>
          <w:rFonts w:ascii="맑은 고딕" w:hAnsi="맑은 고딕"/>
          <w:color w:val="4A5568"/>
          <w:sz w:val="17"/>
          <w:lang w:eastAsia="ko-KR"/>
        </w:rPr>
        <w:t>안전한</w:t>
      </w:r>
      <w:r>
        <w:rPr>
          <w:rFonts w:ascii="맑은 고딕" w:hAnsi="맑은 고딕"/>
          <w:color w:val="4A5568"/>
          <w:sz w:val="17"/>
          <w:lang w:eastAsia="ko-KR"/>
        </w:rPr>
        <w:t xml:space="preserve"> </w:t>
      </w:r>
      <w:r>
        <w:rPr>
          <w:rFonts w:ascii="맑은 고딕" w:hAnsi="맑은 고딕"/>
          <w:color w:val="4A5568"/>
          <w:sz w:val="17"/>
          <w:lang w:eastAsia="ko-KR"/>
        </w:rPr>
        <w:t>시설</w:t>
      </w:r>
      <w:r>
        <w:rPr>
          <w:rFonts w:ascii="맑은 고딕" w:hAnsi="맑은 고딕"/>
          <w:color w:val="4A5568"/>
          <w:sz w:val="17"/>
          <w:lang w:eastAsia="ko-KR"/>
        </w:rPr>
        <w:t xml:space="preserve"> </w:t>
      </w:r>
      <w:r>
        <w:rPr>
          <w:rFonts w:ascii="맑은 고딕" w:hAnsi="맑은 고딕"/>
          <w:color w:val="4A5568"/>
          <w:sz w:val="17"/>
          <w:lang w:eastAsia="ko-KR"/>
        </w:rPr>
        <w:t>이용을</w:t>
      </w:r>
      <w:r>
        <w:rPr>
          <w:rFonts w:ascii="맑은 고딕" w:hAnsi="맑은 고딕"/>
          <w:color w:val="4A5568"/>
          <w:sz w:val="17"/>
          <w:lang w:eastAsia="ko-KR"/>
        </w:rPr>
        <w:t xml:space="preserve"> </w:t>
      </w:r>
      <w:r>
        <w:rPr>
          <w:rFonts w:ascii="맑은 고딕" w:hAnsi="맑은 고딕"/>
          <w:color w:val="4A5568"/>
          <w:sz w:val="17"/>
          <w:lang w:eastAsia="ko-KR"/>
        </w:rPr>
        <w:t>위해</w:t>
      </w:r>
      <w:r>
        <w:rPr>
          <w:rFonts w:ascii="맑은 고딕" w:hAnsi="맑은 고딕"/>
          <w:color w:val="4A5568"/>
          <w:sz w:val="17"/>
          <w:lang w:eastAsia="ko-KR"/>
        </w:rPr>
        <w:t xml:space="preserve"> </w:t>
      </w:r>
      <w:r>
        <w:rPr>
          <w:rFonts w:ascii="맑은 고딕" w:hAnsi="맑은 고딕"/>
          <w:color w:val="4A5568"/>
          <w:sz w:val="17"/>
          <w:lang w:eastAsia="ko-KR"/>
        </w:rPr>
        <w:t>작성합니다</w:t>
      </w:r>
      <w:r>
        <w:rPr>
          <w:rFonts w:ascii="맑은 고딕" w:hAnsi="맑은 고딕"/>
          <w:color w:val="4A5568"/>
          <w:sz w:val="17"/>
          <w:lang w:eastAsia="ko-KR"/>
        </w:rPr>
        <w:t>.</w:t>
      </w:r>
    </w:p>
    <w:p w:rsidR="001C632F" w:rsidRPr="00796614" w:rsidRDefault="008B6229">
      <w:pPr>
        <w:spacing w:before="80" w:after="60"/>
        <w:rPr>
          <w:lang w:eastAsia="ko-KR"/>
        </w:rPr>
      </w:pPr>
      <w:r w:rsidRPr="00796614">
        <w:rPr>
          <w:rFonts w:ascii="맑은 고딕" w:hAnsi="맑은 고딕"/>
          <w:b/>
          <w:color w:val="2B6CB0"/>
          <w:lang w:eastAsia="ko-KR"/>
        </w:rPr>
        <w:t xml:space="preserve">1. </w:t>
      </w:r>
      <w:r w:rsidRPr="00796614">
        <w:rPr>
          <w:rFonts w:ascii="맑은 고딕" w:hAnsi="맑은 고딕"/>
          <w:b/>
          <w:color w:val="2B6CB0"/>
          <w:lang w:eastAsia="ko-KR"/>
        </w:rPr>
        <w:t>대관</w:t>
      </w:r>
      <w:r w:rsidRPr="00796614">
        <w:rPr>
          <w:rFonts w:ascii="맑은 고딕" w:hAnsi="맑은 고딕"/>
          <w:b/>
          <w:color w:val="2B6CB0"/>
          <w:lang w:eastAsia="ko-KR"/>
        </w:rPr>
        <w:t xml:space="preserve"> </w:t>
      </w:r>
      <w:r w:rsidRPr="00796614">
        <w:rPr>
          <w:rFonts w:ascii="맑은 고딕" w:hAnsi="맑은 고딕"/>
          <w:b/>
          <w:color w:val="2B6CB0"/>
          <w:lang w:eastAsia="ko-KR"/>
        </w:rPr>
        <w:t>신청자</w:t>
      </w:r>
      <w:r w:rsidRPr="00796614">
        <w:rPr>
          <w:rFonts w:ascii="맑은 고딕" w:hAnsi="맑은 고딕"/>
          <w:b/>
          <w:color w:val="2B6CB0"/>
          <w:lang w:eastAsia="ko-KR"/>
        </w:rPr>
        <w:t>(</w:t>
      </w:r>
      <w:r w:rsidRPr="00796614">
        <w:rPr>
          <w:rFonts w:ascii="맑은 고딕" w:hAnsi="맑은 고딕"/>
          <w:b/>
          <w:color w:val="2B6CB0"/>
          <w:lang w:eastAsia="ko-KR"/>
        </w:rPr>
        <w:t>단체</w:t>
      </w:r>
      <w:r w:rsidRPr="00796614">
        <w:rPr>
          <w:rFonts w:ascii="맑은 고딕" w:hAnsi="맑은 고딕"/>
          <w:b/>
          <w:color w:val="2B6CB0"/>
          <w:lang w:eastAsia="ko-KR"/>
        </w:rPr>
        <w:t>/</w:t>
      </w:r>
      <w:r w:rsidRPr="00796614">
        <w:rPr>
          <w:rFonts w:ascii="맑은 고딕" w:hAnsi="맑은 고딕"/>
          <w:b/>
          <w:color w:val="2B6CB0"/>
          <w:lang w:eastAsia="ko-KR"/>
        </w:rPr>
        <w:t>대표자</w:t>
      </w:r>
      <w:r w:rsidRPr="00796614">
        <w:rPr>
          <w:rFonts w:ascii="맑은 고딕" w:hAnsi="맑은 고딕"/>
          <w:b/>
          <w:color w:val="2B6CB0"/>
          <w:lang w:eastAsia="ko-KR"/>
        </w:rPr>
        <w:t xml:space="preserve">) </w:t>
      </w:r>
      <w:r w:rsidRPr="00796614">
        <w:rPr>
          <w:rFonts w:ascii="맑은 고딕" w:hAnsi="맑은 고딕"/>
          <w:b/>
          <w:color w:val="2B6CB0"/>
          <w:lang w:eastAsia="ko-KR"/>
        </w:rPr>
        <w:t>정보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1983"/>
        <w:gridCol w:w="2831"/>
        <w:gridCol w:w="2409"/>
        <w:gridCol w:w="3567"/>
      </w:tblGrid>
      <w:tr w:rsidR="001C632F" w:rsidRPr="00796614" w:rsidTr="00751FA1">
        <w:trPr>
          <w:trHeight w:val="575"/>
          <w:jc w:val="center"/>
        </w:trPr>
        <w:tc>
          <w:tcPr>
            <w:tcW w:w="1985" w:type="dxa"/>
            <w:shd w:val="clear" w:color="auto" w:fill="EBF8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96614" w:rsidRDefault="008B6229" w:rsidP="00796614">
            <w:pPr>
              <w:spacing w:after="0"/>
              <w:jc w:val="center"/>
            </w:pPr>
            <w:proofErr w:type="spellStart"/>
            <w:r w:rsidRPr="00796614">
              <w:rPr>
                <w:b/>
                <w:color w:val="2B6CB0"/>
              </w:rPr>
              <w:t>단체명</w:t>
            </w:r>
            <w:proofErr w:type="spellEnd"/>
            <w:r w:rsidRPr="00796614">
              <w:rPr>
                <w:b/>
                <w:color w:val="2B6CB0"/>
              </w:rPr>
              <w:t xml:space="preserve"> / </w:t>
            </w:r>
            <w:proofErr w:type="spellStart"/>
            <w:r w:rsidRPr="00796614">
              <w:rPr>
                <w:b/>
                <w:color w:val="2B6CB0"/>
              </w:rPr>
              <w:t>동호회명</w:t>
            </w:r>
            <w:proofErr w:type="spellEnd"/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96614" w:rsidRDefault="001C632F" w:rsidP="00796614">
            <w:pPr>
              <w:spacing w:after="0"/>
              <w:jc w:val="center"/>
            </w:pPr>
          </w:p>
        </w:tc>
        <w:tc>
          <w:tcPr>
            <w:tcW w:w="2410" w:type="dxa"/>
            <w:shd w:val="clear" w:color="auto" w:fill="EBF8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96614" w:rsidRDefault="008B6229" w:rsidP="00796614">
            <w:pPr>
              <w:spacing w:after="0"/>
              <w:jc w:val="center"/>
            </w:pPr>
            <w:r w:rsidRPr="00796614">
              <w:rPr>
                <w:b/>
                <w:color w:val="2B6CB0"/>
              </w:rPr>
              <w:t>대표자</w:t>
            </w:r>
            <w:r w:rsidRPr="00796614">
              <w:rPr>
                <w:b/>
                <w:color w:val="2B6CB0"/>
              </w:rPr>
              <w:t>(</w:t>
            </w:r>
            <w:r w:rsidRPr="00796614">
              <w:rPr>
                <w:b/>
                <w:color w:val="2B6CB0"/>
              </w:rPr>
              <w:t>신청자</w:t>
            </w:r>
            <w:r w:rsidRPr="00796614">
              <w:rPr>
                <w:b/>
                <w:color w:val="2B6CB0"/>
              </w:rPr>
              <w:t xml:space="preserve">) </w:t>
            </w:r>
            <w:r w:rsidRPr="00796614">
              <w:rPr>
                <w:b/>
                <w:color w:val="2B6CB0"/>
              </w:rPr>
              <w:t>성명</w:t>
            </w:r>
          </w:p>
        </w:tc>
        <w:tc>
          <w:tcPr>
            <w:tcW w:w="35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96614" w:rsidRDefault="001C632F" w:rsidP="00796614">
            <w:pPr>
              <w:spacing w:after="0"/>
              <w:jc w:val="center"/>
            </w:pPr>
          </w:p>
        </w:tc>
      </w:tr>
      <w:tr w:rsidR="001C632F" w:rsidRPr="00796614" w:rsidTr="00751FA1">
        <w:trPr>
          <w:trHeight w:val="555"/>
          <w:jc w:val="center"/>
        </w:trPr>
        <w:tc>
          <w:tcPr>
            <w:tcW w:w="1985" w:type="dxa"/>
            <w:shd w:val="clear" w:color="auto" w:fill="EBF8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96614" w:rsidRDefault="008B6229" w:rsidP="00796614">
            <w:pPr>
              <w:spacing w:after="0"/>
              <w:jc w:val="center"/>
            </w:pPr>
            <w:r w:rsidRPr="00796614">
              <w:rPr>
                <w:b/>
                <w:color w:val="2B6CB0"/>
              </w:rPr>
              <w:t>연</w:t>
            </w:r>
            <w:r w:rsidRPr="00796614">
              <w:rPr>
                <w:b/>
                <w:color w:val="2B6CB0"/>
              </w:rPr>
              <w:t xml:space="preserve"> </w:t>
            </w:r>
            <w:r w:rsidRPr="00796614">
              <w:rPr>
                <w:b/>
                <w:color w:val="2B6CB0"/>
              </w:rPr>
              <w:t>락</w:t>
            </w:r>
            <w:r w:rsidRPr="00796614">
              <w:rPr>
                <w:b/>
                <w:color w:val="2B6CB0"/>
              </w:rPr>
              <w:t xml:space="preserve"> </w:t>
            </w:r>
            <w:r w:rsidRPr="00796614">
              <w:rPr>
                <w:b/>
                <w:color w:val="2B6CB0"/>
              </w:rPr>
              <w:t>처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96614" w:rsidRDefault="001C632F" w:rsidP="00796614">
            <w:pPr>
              <w:spacing w:after="0"/>
              <w:jc w:val="center"/>
            </w:pPr>
          </w:p>
        </w:tc>
        <w:tc>
          <w:tcPr>
            <w:tcW w:w="2410" w:type="dxa"/>
            <w:shd w:val="clear" w:color="auto" w:fill="EBF8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96614" w:rsidRDefault="008B6229" w:rsidP="00796614">
            <w:pPr>
              <w:spacing w:after="0"/>
              <w:jc w:val="center"/>
            </w:pPr>
            <w:r w:rsidRPr="00796614">
              <w:rPr>
                <w:b/>
                <w:color w:val="2B6CB0"/>
              </w:rPr>
              <w:t>비상</w:t>
            </w:r>
            <w:r w:rsidRPr="00796614">
              <w:rPr>
                <w:b/>
                <w:color w:val="2B6CB0"/>
              </w:rPr>
              <w:t xml:space="preserve"> </w:t>
            </w:r>
            <w:r w:rsidRPr="00796614">
              <w:rPr>
                <w:b/>
                <w:color w:val="2B6CB0"/>
              </w:rPr>
              <w:t>연락처</w:t>
            </w:r>
          </w:p>
        </w:tc>
        <w:tc>
          <w:tcPr>
            <w:tcW w:w="357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96614" w:rsidRDefault="00796614" w:rsidP="00796614">
            <w:pPr>
              <w:spacing w:after="0"/>
              <w:jc w:val="right"/>
            </w:pPr>
            <w:r>
              <w:t xml:space="preserve">     </w:t>
            </w:r>
            <w:r w:rsidR="008B6229" w:rsidRPr="00796614">
              <w:t>(</w:t>
            </w:r>
            <w:proofErr w:type="spellStart"/>
            <w:r w:rsidR="008B6229" w:rsidRPr="00796614">
              <w:t>관계</w:t>
            </w:r>
            <w:proofErr w:type="spellEnd"/>
            <w:r w:rsidR="008B6229" w:rsidRPr="00796614">
              <w:t xml:space="preserve">:   </w:t>
            </w:r>
            <w:r w:rsidRPr="00796614">
              <w:t xml:space="preserve">       </w:t>
            </w:r>
            <w:r w:rsidR="008B6229" w:rsidRPr="00796614">
              <w:t xml:space="preserve">     </w:t>
            </w:r>
            <w:proofErr w:type="gramStart"/>
            <w:r w:rsidR="008B6229" w:rsidRPr="00796614">
              <w:t xml:space="preserve">  )</w:t>
            </w:r>
            <w:proofErr w:type="gramEnd"/>
          </w:p>
        </w:tc>
      </w:tr>
      <w:tr w:rsidR="001C632F" w:rsidRPr="00796614" w:rsidTr="00751FA1">
        <w:trPr>
          <w:trHeight w:val="535"/>
          <w:jc w:val="center"/>
        </w:trPr>
        <w:tc>
          <w:tcPr>
            <w:tcW w:w="1985" w:type="dxa"/>
            <w:shd w:val="clear" w:color="auto" w:fill="EBF8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96614" w:rsidRDefault="008B6229" w:rsidP="00796614">
            <w:pPr>
              <w:spacing w:after="0"/>
              <w:jc w:val="center"/>
            </w:pPr>
            <w:r w:rsidRPr="00796614">
              <w:rPr>
                <w:b/>
                <w:color w:val="2B6CB0"/>
              </w:rPr>
              <w:t>주</w:t>
            </w:r>
            <w:r w:rsidRPr="00796614">
              <w:rPr>
                <w:b/>
                <w:color w:val="2B6CB0"/>
              </w:rPr>
              <w:t xml:space="preserve"> </w:t>
            </w:r>
            <w:r w:rsidRPr="00796614">
              <w:rPr>
                <w:b/>
                <w:color w:val="2B6CB0"/>
              </w:rPr>
              <w:t>소</w:t>
            </w:r>
          </w:p>
        </w:tc>
        <w:tc>
          <w:tcPr>
            <w:tcW w:w="8815" w:type="dxa"/>
            <w:gridSpan w:val="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96614" w:rsidRDefault="001C632F" w:rsidP="00796614">
            <w:pPr>
              <w:spacing w:after="0"/>
              <w:jc w:val="center"/>
            </w:pPr>
          </w:p>
        </w:tc>
      </w:tr>
    </w:tbl>
    <w:p w:rsidR="001C632F" w:rsidRPr="00796614" w:rsidRDefault="008B6229">
      <w:pPr>
        <w:spacing w:before="160" w:after="60"/>
      </w:pPr>
      <w:r w:rsidRPr="00796614">
        <w:rPr>
          <w:rFonts w:ascii="맑은 고딕" w:hAnsi="맑은 고딕"/>
          <w:b/>
          <w:color w:val="2B6CB0"/>
        </w:rPr>
        <w:t xml:space="preserve">2. </w:t>
      </w:r>
      <w:proofErr w:type="spellStart"/>
      <w:r w:rsidRPr="00796614">
        <w:rPr>
          <w:rFonts w:ascii="맑은 고딕" w:hAnsi="맑은 고딕"/>
          <w:b/>
          <w:color w:val="2B6CB0"/>
        </w:rPr>
        <w:t>대관</w:t>
      </w:r>
      <w:proofErr w:type="spellEnd"/>
      <w:r w:rsidRPr="00796614">
        <w:rPr>
          <w:rFonts w:ascii="맑은 고딕" w:hAnsi="맑은 고딕"/>
          <w:b/>
          <w:color w:val="2B6CB0"/>
        </w:rPr>
        <w:t xml:space="preserve"> </w:t>
      </w:r>
      <w:proofErr w:type="spellStart"/>
      <w:r w:rsidRPr="00796614">
        <w:rPr>
          <w:rFonts w:ascii="맑은 고딕" w:hAnsi="맑은 고딕"/>
          <w:b/>
          <w:color w:val="2B6CB0"/>
        </w:rPr>
        <w:t>신청</w:t>
      </w:r>
      <w:proofErr w:type="spellEnd"/>
      <w:r w:rsidRPr="00796614">
        <w:rPr>
          <w:rFonts w:ascii="맑은 고딕" w:hAnsi="맑은 고딕"/>
          <w:b/>
          <w:color w:val="2B6CB0"/>
        </w:rPr>
        <w:t xml:space="preserve"> </w:t>
      </w:r>
      <w:proofErr w:type="spellStart"/>
      <w:r w:rsidRPr="00796614">
        <w:rPr>
          <w:rFonts w:ascii="맑은 고딕" w:hAnsi="맑은 고딕"/>
          <w:b/>
          <w:color w:val="2B6CB0"/>
        </w:rPr>
        <w:t>내용</w:t>
      </w:r>
      <w:proofErr w:type="spellEnd"/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2697"/>
        <w:gridCol w:w="2699"/>
        <w:gridCol w:w="2697"/>
        <w:gridCol w:w="2697"/>
      </w:tblGrid>
      <w:tr w:rsidR="001C632F" w:rsidRPr="00796614" w:rsidTr="00751FA1">
        <w:trPr>
          <w:trHeight w:val="2047"/>
          <w:jc w:val="center"/>
        </w:trPr>
        <w:tc>
          <w:tcPr>
            <w:tcW w:w="2700" w:type="dxa"/>
            <w:shd w:val="clear" w:color="auto" w:fill="EBF8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96614" w:rsidRDefault="008B6229" w:rsidP="00796614">
            <w:pPr>
              <w:spacing w:after="0"/>
              <w:jc w:val="center"/>
            </w:pPr>
            <w:proofErr w:type="spellStart"/>
            <w:r w:rsidRPr="00796614">
              <w:rPr>
                <w:b/>
                <w:color w:val="2B6CB0"/>
              </w:rPr>
              <w:t>대관</w:t>
            </w:r>
            <w:proofErr w:type="spellEnd"/>
            <w:r w:rsidRPr="00796614">
              <w:rPr>
                <w:b/>
                <w:color w:val="2B6CB0"/>
              </w:rPr>
              <w:t xml:space="preserve"> </w:t>
            </w:r>
            <w:proofErr w:type="spellStart"/>
            <w:r w:rsidRPr="00796614">
              <w:rPr>
                <w:b/>
                <w:color w:val="2B6CB0"/>
              </w:rPr>
              <w:t>목적</w:t>
            </w:r>
            <w:proofErr w:type="spellEnd"/>
            <w:r w:rsidRPr="00796614">
              <w:rPr>
                <w:b/>
                <w:color w:val="2B6CB0"/>
              </w:rPr>
              <w:t xml:space="preserve"> / </w:t>
            </w:r>
            <w:proofErr w:type="spellStart"/>
            <w:r w:rsidRPr="00796614">
              <w:rPr>
                <w:b/>
                <w:color w:val="2B6CB0"/>
              </w:rPr>
              <w:t>종목</w:t>
            </w:r>
            <w:proofErr w:type="spellEnd"/>
          </w:p>
        </w:tc>
        <w:tc>
          <w:tcPr>
            <w:tcW w:w="27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796614" w:rsidRPr="00796614" w:rsidRDefault="008B6229" w:rsidP="00796614">
            <w:pPr>
              <w:spacing w:after="0"/>
              <w:rPr>
                <w:rFonts w:eastAsia="맑은 고딕"/>
                <w:lang w:eastAsia="ko-KR"/>
              </w:rPr>
            </w:pPr>
            <w:proofErr w:type="gramStart"/>
            <w:r w:rsidRPr="00796614">
              <w:rPr>
                <w:lang w:eastAsia="ko-KR"/>
              </w:rPr>
              <w:t>[</w:t>
            </w:r>
            <w:r w:rsidR="00796614" w:rsidRPr="00796614">
              <w:rPr>
                <w:lang w:eastAsia="ko-KR"/>
              </w:rPr>
              <w:t xml:space="preserve"> </w:t>
            </w:r>
            <w:r w:rsidRPr="00796614">
              <w:rPr>
                <w:lang w:eastAsia="ko-KR"/>
              </w:rPr>
              <w:t xml:space="preserve"> ]</w:t>
            </w:r>
            <w:proofErr w:type="gramEnd"/>
            <w:r w:rsidRPr="00796614">
              <w:rPr>
                <w:lang w:eastAsia="ko-KR"/>
              </w:rPr>
              <w:t xml:space="preserve"> </w:t>
            </w:r>
            <w:r w:rsidRPr="00796614">
              <w:rPr>
                <w:lang w:eastAsia="ko-KR"/>
              </w:rPr>
              <w:t>농구</w:t>
            </w:r>
            <w:r w:rsidRPr="00796614">
              <w:rPr>
                <w:lang w:eastAsia="ko-KR"/>
              </w:rPr>
              <w:t xml:space="preserve">  [ </w:t>
            </w:r>
            <w:r w:rsidR="00796614" w:rsidRPr="00796614">
              <w:rPr>
                <w:lang w:eastAsia="ko-KR"/>
              </w:rPr>
              <w:t xml:space="preserve"> </w:t>
            </w:r>
            <w:r w:rsidRPr="00796614">
              <w:rPr>
                <w:lang w:eastAsia="ko-KR"/>
              </w:rPr>
              <w:t xml:space="preserve">] </w:t>
            </w:r>
            <w:r w:rsidRPr="00796614">
              <w:rPr>
                <w:lang w:eastAsia="ko-KR"/>
              </w:rPr>
              <w:t>배구</w:t>
            </w:r>
            <w:r w:rsidR="00796614">
              <w:rPr>
                <w:rFonts w:eastAsia="맑은 고딕" w:hint="eastAsia"/>
                <w:lang w:eastAsia="ko-KR"/>
              </w:rPr>
              <w:t xml:space="preserve">  </w:t>
            </w:r>
            <w:r w:rsidR="00796614" w:rsidRPr="00796614">
              <w:rPr>
                <w:lang w:eastAsia="ko-KR"/>
              </w:rPr>
              <w:t xml:space="preserve">[  ] </w:t>
            </w:r>
            <w:r w:rsidR="00796614">
              <w:rPr>
                <w:rFonts w:ascii="맑은 고딕" w:eastAsia="맑은 고딕" w:hAnsi="맑은 고딕" w:cs="맑은 고딕" w:hint="eastAsia"/>
                <w:lang w:eastAsia="ko-KR"/>
              </w:rPr>
              <w:t>탁</w:t>
            </w:r>
            <w:r w:rsidR="00796614" w:rsidRPr="00796614">
              <w:rPr>
                <w:lang w:eastAsia="ko-KR"/>
              </w:rPr>
              <w:t>구</w:t>
            </w:r>
          </w:p>
          <w:p w:rsidR="00796614" w:rsidRDefault="008B6229" w:rsidP="00796614">
            <w:pPr>
              <w:spacing w:after="0"/>
              <w:rPr>
                <w:lang w:eastAsia="ko-KR"/>
              </w:rPr>
            </w:pPr>
            <w:proofErr w:type="gramStart"/>
            <w:r w:rsidRPr="00796614">
              <w:rPr>
                <w:lang w:eastAsia="ko-KR"/>
              </w:rPr>
              <w:t>[</w:t>
            </w:r>
            <w:r w:rsidR="00796614">
              <w:rPr>
                <w:lang w:eastAsia="ko-KR"/>
              </w:rPr>
              <w:t xml:space="preserve"> </w:t>
            </w:r>
            <w:r w:rsidRPr="00796614">
              <w:rPr>
                <w:lang w:eastAsia="ko-KR"/>
              </w:rPr>
              <w:t xml:space="preserve"> ]</w:t>
            </w:r>
            <w:proofErr w:type="gramEnd"/>
            <w:r w:rsidRPr="00796614">
              <w:rPr>
                <w:lang w:eastAsia="ko-KR"/>
              </w:rPr>
              <w:t xml:space="preserve"> </w:t>
            </w:r>
            <w:r w:rsidRPr="00796614">
              <w:rPr>
                <w:lang w:eastAsia="ko-KR"/>
              </w:rPr>
              <w:t>배드민턴</w:t>
            </w:r>
            <w:r w:rsidRPr="00796614">
              <w:rPr>
                <w:lang w:eastAsia="ko-KR"/>
              </w:rPr>
              <w:t xml:space="preserve">  [</w:t>
            </w:r>
            <w:r w:rsidR="00796614">
              <w:rPr>
                <w:lang w:eastAsia="ko-KR"/>
              </w:rPr>
              <w:t xml:space="preserve"> </w:t>
            </w:r>
            <w:r w:rsidRPr="00796614">
              <w:rPr>
                <w:lang w:eastAsia="ko-KR"/>
              </w:rPr>
              <w:t xml:space="preserve"> ]</w:t>
            </w:r>
            <w:r w:rsidR="00796614">
              <w:rPr>
                <w:lang w:eastAsia="ko-KR"/>
              </w:rPr>
              <w:t xml:space="preserve"> </w:t>
            </w:r>
            <w:proofErr w:type="spellStart"/>
            <w:r w:rsidR="00796614">
              <w:rPr>
                <w:rFonts w:ascii="맑은 고딕" w:eastAsia="맑은 고딕" w:hAnsi="맑은 고딕" w:cs="맑은 고딕" w:hint="eastAsia"/>
                <w:lang w:eastAsia="ko-KR"/>
              </w:rPr>
              <w:t>보치아</w:t>
            </w:r>
            <w:proofErr w:type="spellEnd"/>
            <w:r w:rsidRPr="00796614">
              <w:rPr>
                <w:lang w:eastAsia="ko-KR"/>
              </w:rPr>
              <w:br/>
              <w:t xml:space="preserve">[ </w:t>
            </w:r>
            <w:r w:rsidR="00796614">
              <w:rPr>
                <w:lang w:eastAsia="ko-KR"/>
              </w:rPr>
              <w:t xml:space="preserve"> </w:t>
            </w:r>
            <w:r w:rsidRPr="00796614">
              <w:rPr>
                <w:lang w:eastAsia="ko-KR"/>
              </w:rPr>
              <w:t xml:space="preserve">] </w:t>
            </w:r>
            <w:r w:rsidRPr="00796614">
              <w:rPr>
                <w:lang w:eastAsia="ko-KR"/>
              </w:rPr>
              <w:t>행사</w:t>
            </w:r>
            <w:r w:rsidRPr="00796614">
              <w:rPr>
                <w:lang w:eastAsia="ko-KR"/>
              </w:rPr>
              <w:t>/</w:t>
            </w:r>
            <w:r w:rsidRPr="00796614">
              <w:rPr>
                <w:lang w:eastAsia="ko-KR"/>
              </w:rPr>
              <w:t>대회</w:t>
            </w:r>
            <w:r w:rsidRPr="00796614">
              <w:rPr>
                <w:lang w:eastAsia="ko-KR"/>
              </w:rPr>
              <w:t xml:space="preserve"> </w:t>
            </w:r>
          </w:p>
          <w:p w:rsidR="001C632F" w:rsidRPr="00796614" w:rsidRDefault="008B6229" w:rsidP="00796614">
            <w:pPr>
              <w:spacing w:after="0"/>
              <w:rPr>
                <w:lang w:eastAsia="ko-KR"/>
              </w:rPr>
            </w:pPr>
            <w:proofErr w:type="gramStart"/>
            <w:r w:rsidRPr="00796614">
              <w:rPr>
                <w:lang w:eastAsia="ko-KR"/>
              </w:rPr>
              <w:t>[</w:t>
            </w:r>
            <w:r w:rsidR="00796614">
              <w:rPr>
                <w:lang w:eastAsia="ko-KR"/>
              </w:rPr>
              <w:t xml:space="preserve"> </w:t>
            </w:r>
            <w:r w:rsidRPr="00796614">
              <w:rPr>
                <w:lang w:eastAsia="ko-KR"/>
              </w:rPr>
              <w:t xml:space="preserve"> ]</w:t>
            </w:r>
            <w:proofErr w:type="gramEnd"/>
            <w:r w:rsidRPr="00796614">
              <w:rPr>
                <w:lang w:eastAsia="ko-KR"/>
              </w:rPr>
              <w:t xml:space="preserve"> </w:t>
            </w:r>
            <w:r w:rsidRPr="00796614">
              <w:rPr>
                <w:lang w:eastAsia="ko-KR"/>
              </w:rPr>
              <w:t>기타</w:t>
            </w:r>
            <w:r w:rsidRPr="00796614">
              <w:rPr>
                <w:lang w:eastAsia="ko-KR"/>
              </w:rPr>
              <w:t xml:space="preserve"> (              </w:t>
            </w:r>
            <w:r w:rsidR="00796614">
              <w:rPr>
                <w:lang w:eastAsia="ko-KR"/>
              </w:rPr>
              <w:t xml:space="preserve">         </w:t>
            </w:r>
            <w:r w:rsidRPr="00796614">
              <w:rPr>
                <w:lang w:eastAsia="ko-KR"/>
              </w:rPr>
              <w:t xml:space="preserve">      )</w:t>
            </w:r>
          </w:p>
        </w:tc>
        <w:tc>
          <w:tcPr>
            <w:tcW w:w="2700" w:type="dxa"/>
            <w:shd w:val="clear" w:color="auto" w:fill="EBF8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96614" w:rsidRDefault="008B6229" w:rsidP="00796614">
            <w:pPr>
              <w:spacing w:after="0"/>
              <w:jc w:val="center"/>
            </w:pPr>
            <w:proofErr w:type="spellStart"/>
            <w:r w:rsidRPr="00796614">
              <w:rPr>
                <w:b/>
                <w:color w:val="2B6CB0"/>
              </w:rPr>
              <w:t>사용</w:t>
            </w:r>
            <w:proofErr w:type="spellEnd"/>
            <w:r w:rsidRPr="00796614">
              <w:rPr>
                <w:b/>
                <w:color w:val="2B6CB0"/>
              </w:rPr>
              <w:t xml:space="preserve"> </w:t>
            </w:r>
            <w:proofErr w:type="spellStart"/>
            <w:r w:rsidRPr="00796614">
              <w:rPr>
                <w:b/>
                <w:color w:val="2B6CB0"/>
              </w:rPr>
              <w:t>구획</w:t>
            </w:r>
            <w:proofErr w:type="spellEnd"/>
          </w:p>
        </w:tc>
        <w:tc>
          <w:tcPr>
            <w:tcW w:w="27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96614" w:rsidRDefault="008B6229" w:rsidP="00796614">
            <w:pPr>
              <w:spacing w:after="0"/>
              <w:rPr>
                <w:lang w:eastAsia="ko-KR"/>
              </w:rPr>
            </w:pPr>
            <w:proofErr w:type="gramStart"/>
            <w:r w:rsidRPr="00796614">
              <w:rPr>
                <w:lang w:eastAsia="ko-KR"/>
              </w:rPr>
              <w:t>[</w:t>
            </w:r>
            <w:r w:rsidR="00796614">
              <w:rPr>
                <w:lang w:eastAsia="ko-KR"/>
              </w:rPr>
              <w:t xml:space="preserve"> </w:t>
            </w:r>
            <w:r w:rsidRPr="00796614">
              <w:rPr>
                <w:lang w:eastAsia="ko-KR"/>
              </w:rPr>
              <w:t xml:space="preserve"> ]</w:t>
            </w:r>
            <w:proofErr w:type="gramEnd"/>
            <w:r w:rsidRPr="00796614">
              <w:rPr>
                <w:lang w:eastAsia="ko-KR"/>
              </w:rPr>
              <w:t xml:space="preserve"> </w:t>
            </w:r>
            <w:r w:rsidRPr="00796614">
              <w:rPr>
                <w:lang w:eastAsia="ko-KR"/>
              </w:rPr>
              <w:t>체육관</w:t>
            </w:r>
            <w:r w:rsidRPr="00796614">
              <w:rPr>
                <w:lang w:eastAsia="ko-KR"/>
              </w:rPr>
              <w:t xml:space="preserve"> </w:t>
            </w:r>
            <w:r w:rsidRPr="00796614">
              <w:rPr>
                <w:lang w:eastAsia="ko-KR"/>
              </w:rPr>
              <w:t>전체</w:t>
            </w:r>
            <w:r w:rsidRPr="00796614">
              <w:rPr>
                <w:lang w:eastAsia="ko-KR"/>
              </w:rPr>
              <w:br/>
              <w:t>[</w:t>
            </w:r>
            <w:r w:rsidR="00796614">
              <w:rPr>
                <w:lang w:eastAsia="ko-KR"/>
              </w:rPr>
              <w:t xml:space="preserve"> </w:t>
            </w:r>
            <w:r w:rsidRPr="00796614">
              <w:rPr>
                <w:lang w:eastAsia="ko-KR"/>
              </w:rPr>
              <w:t xml:space="preserve"> ] A</w:t>
            </w:r>
            <w:r w:rsidRPr="00796614">
              <w:rPr>
                <w:lang w:eastAsia="ko-KR"/>
              </w:rPr>
              <w:t>코트</w:t>
            </w:r>
            <w:r w:rsidRPr="00796614">
              <w:rPr>
                <w:lang w:eastAsia="ko-KR"/>
              </w:rPr>
              <w:t xml:space="preserve">   [</w:t>
            </w:r>
            <w:r w:rsidR="00796614">
              <w:rPr>
                <w:lang w:eastAsia="ko-KR"/>
              </w:rPr>
              <w:t xml:space="preserve"> </w:t>
            </w:r>
            <w:r w:rsidRPr="00796614">
              <w:rPr>
                <w:lang w:eastAsia="ko-KR"/>
              </w:rPr>
              <w:t xml:space="preserve"> ] B</w:t>
            </w:r>
            <w:r w:rsidRPr="00796614">
              <w:rPr>
                <w:lang w:eastAsia="ko-KR"/>
              </w:rPr>
              <w:t>코트</w:t>
            </w:r>
          </w:p>
        </w:tc>
      </w:tr>
      <w:tr w:rsidR="001C632F" w:rsidRPr="00796614" w:rsidTr="00751FA1">
        <w:trPr>
          <w:trHeight w:val="717"/>
          <w:jc w:val="center"/>
        </w:trPr>
        <w:tc>
          <w:tcPr>
            <w:tcW w:w="2700" w:type="dxa"/>
            <w:shd w:val="clear" w:color="auto" w:fill="EBF8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96614" w:rsidRDefault="008B6229" w:rsidP="00796614">
            <w:pPr>
              <w:spacing w:after="0"/>
              <w:jc w:val="center"/>
            </w:pPr>
            <w:proofErr w:type="spellStart"/>
            <w:r w:rsidRPr="00796614">
              <w:rPr>
                <w:b/>
                <w:color w:val="2B6CB0"/>
              </w:rPr>
              <w:t>대관</w:t>
            </w:r>
            <w:proofErr w:type="spellEnd"/>
            <w:r w:rsidRPr="00796614">
              <w:rPr>
                <w:b/>
                <w:color w:val="2B6CB0"/>
              </w:rPr>
              <w:t xml:space="preserve"> </w:t>
            </w:r>
            <w:proofErr w:type="spellStart"/>
            <w:r w:rsidRPr="00796614">
              <w:rPr>
                <w:b/>
                <w:color w:val="2B6CB0"/>
              </w:rPr>
              <w:t>일시</w:t>
            </w:r>
            <w:proofErr w:type="spellEnd"/>
          </w:p>
        </w:tc>
        <w:tc>
          <w:tcPr>
            <w:tcW w:w="8100" w:type="dxa"/>
            <w:gridSpan w:val="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96614" w:rsidRDefault="008B6229" w:rsidP="00751FA1">
            <w:pPr>
              <w:spacing w:after="0"/>
              <w:ind w:firstLineChars="400" w:firstLine="880"/>
              <w:jc w:val="center"/>
            </w:pPr>
            <w:r w:rsidRPr="00796614">
              <w:t>년</w:t>
            </w:r>
            <w:r w:rsidR="00796614">
              <w:rPr>
                <w:rFonts w:eastAsia="맑은 고딕" w:hint="eastAsia"/>
                <w:lang w:eastAsia="ko-KR"/>
              </w:rPr>
              <w:t xml:space="preserve"> </w:t>
            </w:r>
            <w:r w:rsidR="00796614">
              <w:rPr>
                <w:rFonts w:eastAsia="맑은 고딕"/>
                <w:lang w:eastAsia="ko-KR"/>
              </w:rPr>
              <w:t xml:space="preserve"> </w:t>
            </w:r>
            <w:r w:rsidRPr="00796614">
              <w:t xml:space="preserve">      </w:t>
            </w:r>
            <w:r w:rsidRPr="00796614">
              <w:t>월</w:t>
            </w:r>
            <w:r w:rsidRPr="00796614">
              <w:t xml:space="preserve">    </w:t>
            </w:r>
            <w:r w:rsidR="00796614">
              <w:t xml:space="preserve">  </w:t>
            </w:r>
            <w:r w:rsidRPr="00796614">
              <w:t xml:space="preserve">  </w:t>
            </w:r>
            <w:proofErr w:type="gramStart"/>
            <w:r w:rsidRPr="00796614">
              <w:t>일</w:t>
            </w:r>
            <w:r w:rsidRPr="00796614">
              <w:t xml:space="preserve">  (</w:t>
            </w:r>
            <w:proofErr w:type="gramEnd"/>
            <w:r w:rsidRPr="00796614">
              <w:t xml:space="preserve"> </w:t>
            </w:r>
            <w:r w:rsidR="00796614">
              <w:t xml:space="preserve">  </w:t>
            </w:r>
            <w:r w:rsidRPr="00796614">
              <w:t xml:space="preserve">    )</w:t>
            </w:r>
            <w:r w:rsidRPr="00796614">
              <w:t>요일</w:t>
            </w:r>
            <w:r w:rsidRPr="00796614">
              <w:t xml:space="preserve">   /   [</w:t>
            </w:r>
            <w:r w:rsidR="00796614">
              <w:t xml:space="preserve">   </w:t>
            </w:r>
            <w:r w:rsidRPr="00796614">
              <w:t xml:space="preserve">  ] : [ </w:t>
            </w:r>
            <w:r w:rsidR="00796614">
              <w:t xml:space="preserve">   </w:t>
            </w:r>
            <w:r w:rsidRPr="00796614">
              <w:t xml:space="preserve"> ]  ~  [</w:t>
            </w:r>
            <w:r w:rsidR="00796614">
              <w:t xml:space="preserve">   </w:t>
            </w:r>
            <w:r w:rsidRPr="00796614">
              <w:t xml:space="preserve">  ] : [</w:t>
            </w:r>
            <w:r w:rsidR="00796614">
              <w:t xml:space="preserve">   </w:t>
            </w:r>
            <w:r w:rsidRPr="00796614">
              <w:t xml:space="preserve">  ] (</w:t>
            </w:r>
            <w:r w:rsidRPr="00796614">
              <w:t>총</w:t>
            </w:r>
            <w:r w:rsidRPr="00796614">
              <w:t xml:space="preserve">    </w:t>
            </w:r>
            <w:r w:rsidR="00796614">
              <w:t xml:space="preserve">   </w:t>
            </w:r>
            <w:r w:rsidRPr="00796614">
              <w:t xml:space="preserve"> </w:t>
            </w:r>
            <w:r w:rsidRPr="00796614">
              <w:t>시간</w:t>
            </w:r>
            <w:r w:rsidRPr="00796614">
              <w:t>)</w:t>
            </w:r>
          </w:p>
        </w:tc>
      </w:tr>
      <w:tr w:rsidR="001C632F" w:rsidRPr="00796614" w:rsidTr="00751FA1">
        <w:trPr>
          <w:trHeight w:val="688"/>
          <w:jc w:val="center"/>
        </w:trPr>
        <w:tc>
          <w:tcPr>
            <w:tcW w:w="2700" w:type="dxa"/>
            <w:shd w:val="clear" w:color="auto" w:fill="EBF8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96614" w:rsidRDefault="008B6229" w:rsidP="00796614">
            <w:pPr>
              <w:spacing w:after="0"/>
              <w:jc w:val="center"/>
            </w:pPr>
            <w:proofErr w:type="spellStart"/>
            <w:r w:rsidRPr="00796614">
              <w:rPr>
                <w:b/>
                <w:color w:val="2B6CB0"/>
              </w:rPr>
              <w:t>예상</w:t>
            </w:r>
            <w:proofErr w:type="spellEnd"/>
            <w:r w:rsidRPr="00796614">
              <w:rPr>
                <w:b/>
                <w:color w:val="2B6CB0"/>
              </w:rPr>
              <w:t xml:space="preserve"> </w:t>
            </w:r>
            <w:proofErr w:type="spellStart"/>
            <w:r w:rsidRPr="00796614">
              <w:rPr>
                <w:b/>
                <w:color w:val="2B6CB0"/>
              </w:rPr>
              <w:t>이용</w:t>
            </w:r>
            <w:proofErr w:type="spellEnd"/>
            <w:r w:rsidRPr="00796614">
              <w:rPr>
                <w:b/>
                <w:color w:val="2B6CB0"/>
              </w:rPr>
              <w:t xml:space="preserve"> </w:t>
            </w:r>
            <w:proofErr w:type="spellStart"/>
            <w:r w:rsidRPr="00796614">
              <w:rPr>
                <w:b/>
                <w:color w:val="2B6CB0"/>
              </w:rPr>
              <w:t>인원</w:t>
            </w:r>
            <w:proofErr w:type="spellEnd"/>
          </w:p>
        </w:tc>
        <w:tc>
          <w:tcPr>
            <w:tcW w:w="8100" w:type="dxa"/>
            <w:gridSpan w:val="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96614" w:rsidRDefault="008B6229" w:rsidP="00751FA1">
            <w:pPr>
              <w:spacing w:after="0"/>
              <w:jc w:val="center"/>
              <w:rPr>
                <w:lang w:eastAsia="ko-KR"/>
              </w:rPr>
            </w:pPr>
            <w:r w:rsidRPr="00796614">
              <w:rPr>
                <w:lang w:eastAsia="ko-KR"/>
              </w:rPr>
              <w:t>총</w:t>
            </w:r>
            <w:r w:rsidRPr="00796614">
              <w:rPr>
                <w:lang w:eastAsia="ko-KR"/>
              </w:rPr>
              <w:t xml:space="preserve">      </w:t>
            </w:r>
            <w:r w:rsidR="00796614">
              <w:rPr>
                <w:lang w:eastAsia="ko-KR"/>
              </w:rPr>
              <w:t xml:space="preserve">   </w:t>
            </w:r>
            <w:r w:rsidRPr="00796614">
              <w:rPr>
                <w:lang w:eastAsia="ko-KR"/>
              </w:rPr>
              <w:t xml:space="preserve">  </w:t>
            </w:r>
            <w:proofErr w:type="gramStart"/>
            <w:r w:rsidRPr="00796614">
              <w:rPr>
                <w:lang w:eastAsia="ko-KR"/>
              </w:rPr>
              <w:t>명</w:t>
            </w:r>
            <w:r w:rsidRPr="00796614">
              <w:rPr>
                <w:lang w:eastAsia="ko-KR"/>
              </w:rPr>
              <w:t xml:space="preserve">  (</w:t>
            </w:r>
            <w:proofErr w:type="gramEnd"/>
            <w:r w:rsidRPr="00796614">
              <w:rPr>
                <w:lang w:eastAsia="ko-KR"/>
              </w:rPr>
              <w:t xml:space="preserve"> </w:t>
            </w:r>
            <w:r w:rsidRPr="00796614">
              <w:rPr>
                <w:lang w:eastAsia="ko-KR"/>
              </w:rPr>
              <w:t>장애인</w:t>
            </w:r>
            <w:r w:rsidRPr="00796614">
              <w:rPr>
                <w:lang w:eastAsia="ko-KR"/>
              </w:rPr>
              <w:t xml:space="preserve"> :        </w:t>
            </w:r>
            <w:r w:rsidR="00796614">
              <w:rPr>
                <w:lang w:eastAsia="ko-KR"/>
              </w:rPr>
              <w:t xml:space="preserve">  </w:t>
            </w:r>
            <w:r w:rsidRPr="00796614">
              <w:rPr>
                <w:lang w:eastAsia="ko-KR"/>
              </w:rPr>
              <w:t>명</w:t>
            </w:r>
            <w:r w:rsidRPr="00796614">
              <w:rPr>
                <w:lang w:eastAsia="ko-KR"/>
              </w:rPr>
              <w:t xml:space="preserve"> , </w:t>
            </w:r>
            <w:r w:rsidRPr="00796614">
              <w:rPr>
                <w:lang w:eastAsia="ko-KR"/>
              </w:rPr>
              <w:t>지원인력</w:t>
            </w:r>
            <w:r w:rsidRPr="00796614">
              <w:rPr>
                <w:lang w:eastAsia="ko-KR"/>
              </w:rPr>
              <w:t>/</w:t>
            </w:r>
            <w:r w:rsidRPr="00796614">
              <w:rPr>
                <w:lang w:eastAsia="ko-KR"/>
              </w:rPr>
              <w:t>보호자</w:t>
            </w:r>
            <w:r w:rsidRPr="00796614">
              <w:rPr>
                <w:lang w:eastAsia="ko-KR"/>
              </w:rPr>
              <w:t xml:space="preserve"> :     </w:t>
            </w:r>
            <w:r w:rsidR="00796614">
              <w:rPr>
                <w:lang w:eastAsia="ko-KR"/>
              </w:rPr>
              <w:t xml:space="preserve">  </w:t>
            </w:r>
            <w:r w:rsidRPr="00796614">
              <w:rPr>
                <w:lang w:eastAsia="ko-KR"/>
              </w:rPr>
              <w:t xml:space="preserve">   </w:t>
            </w:r>
            <w:r w:rsidRPr="00796614">
              <w:rPr>
                <w:lang w:eastAsia="ko-KR"/>
              </w:rPr>
              <w:t>명</w:t>
            </w:r>
            <w:r w:rsidRPr="00796614">
              <w:rPr>
                <w:lang w:eastAsia="ko-KR"/>
              </w:rPr>
              <w:t xml:space="preserve"> , </w:t>
            </w:r>
            <w:r w:rsidRPr="00796614">
              <w:rPr>
                <w:lang w:eastAsia="ko-KR"/>
              </w:rPr>
              <w:t>비장애인</w:t>
            </w:r>
            <w:r w:rsidRPr="00796614">
              <w:rPr>
                <w:lang w:eastAsia="ko-KR"/>
              </w:rPr>
              <w:t xml:space="preserve"> :   </w:t>
            </w:r>
            <w:r w:rsidR="00796614">
              <w:rPr>
                <w:lang w:eastAsia="ko-KR"/>
              </w:rPr>
              <w:t xml:space="preserve">  </w:t>
            </w:r>
            <w:r w:rsidRPr="00796614">
              <w:rPr>
                <w:lang w:eastAsia="ko-KR"/>
              </w:rPr>
              <w:t xml:space="preserve">     </w:t>
            </w:r>
            <w:r w:rsidRPr="00796614">
              <w:rPr>
                <w:lang w:eastAsia="ko-KR"/>
              </w:rPr>
              <w:t>명</w:t>
            </w:r>
            <w:r w:rsidRPr="00796614">
              <w:rPr>
                <w:lang w:eastAsia="ko-KR"/>
              </w:rPr>
              <w:t xml:space="preserve"> )</w:t>
            </w:r>
          </w:p>
        </w:tc>
      </w:tr>
      <w:tr w:rsidR="001C632F" w:rsidRPr="00796614" w:rsidTr="00751FA1">
        <w:trPr>
          <w:trHeight w:val="699"/>
          <w:jc w:val="center"/>
        </w:trPr>
        <w:tc>
          <w:tcPr>
            <w:tcW w:w="2700" w:type="dxa"/>
            <w:shd w:val="clear" w:color="auto" w:fill="EBF8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96614" w:rsidRDefault="008B6229" w:rsidP="00796614">
            <w:pPr>
              <w:spacing w:after="0"/>
              <w:jc w:val="center"/>
            </w:pPr>
            <w:proofErr w:type="spellStart"/>
            <w:r w:rsidRPr="00796614">
              <w:rPr>
                <w:b/>
                <w:color w:val="2B6CB0"/>
              </w:rPr>
              <w:t>부속시설</w:t>
            </w:r>
            <w:proofErr w:type="spellEnd"/>
            <w:r w:rsidRPr="00796614">
              <w:rPr>
                <w:b/>
                <w:color w:val="2B6CB0"/>
              </w:rPr>
              <w:t xml:space="preserve"> </w:t>
            </w:r>
            <w:proofErr w:type="spellStart"/>
            <w:r w:rsidRPr="00796614">
              <w:rPr>
                <w:b/>
                <w:color w:val="2B6CB0"/>
              </w:rPr>
              <w:t>사용</w:t>
            </w:r>
            <w:proofErr w:type="spellEnd"/>
          </w:p>
        </w:tc>
        <w:tc>
          <w:tcPr>
            <w:tcW w:w="8100" w:type="dxa"/>
            <w:gridSpan w:val="3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96614" w:rsidRDefault="008B6229" w:rsidP="00751FA1">
            <w:pPr>
              <w:spacing w:after="0"/>
              <w:jc w:val="center"/>
              <w:rPr>
                <w:lang w:eastAsia="ko-KR"/>
              </w:rPr>
            </w:pPr>
            <w:proofErr w:type="gramStart"/>
            <w:r w:rsidRPr="00796614">
              <w:rPr>
                <w:lang w:eastAsia="ko-KR"/>
              </w:rPr>
              <w:t>[</w:t>
            </w:r>
            <w:r w:rsidR="00796614">
              <w:rPr>
                <w:lang w:eastAsia="ko-KR"/>
              </w:rPr>
              <w:t xml:space="preserve"> </w:t>
            </w:r>
            <w:r w:rsidRPr="00796614">
              <w:rPr>
                <w:lang w:eastAsia="ko-KR"/>
              </w:rPr>
              <w:t xml:space="preserve"> ]</w:t>
            </w:r>
            <w:proofErr w:type="gramEnd"/>
            <w:r w:rsidRPr="00796614">
              <w:rPr>
                <w:lang w:eastAsia="ko-KR"/>
              </w:rPr>
              <w:t xml:space="preserve"> </w:t>
            </w:r>
            <w:r w:rsidRPr="00796614">
              <w:rPr>
                <w:lang w:eastAsia="ko-KR"/>
              </w:rPr>
              <w:t>음향장비</w:t>
            </w:r>
            <w:r w:rsidR="00796614">
              <w:rPr>
                <w:rFonts w:eastAsia="맑은 고딕" w:hint="eastAsia"/>
                <w:lang w:eastAsia="ko-KR"/>
              </w:rPr>
              <w:t xml:space="preserve"> </w:t>
            </w:r>
            <w:r w:rsidRPr="00796614">
              <w:rPr>
                <w:lang w:eastAsia="ko-KR"/>
              </w:rPr>
              <w:t xml:space="preserve"> [</w:t>
            </w:r>
            <w:r w:rsidR="00796614">
              <w:rPr>
                <w:lang w:eastAsia="ko-KR"/>
              </w:rPr>
              <w:t xml:space="preserve"> </w:t>
            </w:r>
            <w:r w:rsidRPr="00796614">
              <w:rPr>
                <w:lang w:eastAsia="ko-KR"/>
              </w:rPr>
              <w:t xml:space="preserve"> ] </w:t>
            </w:r>
            <w:r w:rsidRPr="00796614">
              <w:rPr>
                <w:lang w:eastAsia="ko-KR"/>
              </w:rPr>
              <w:t>단상</w:t>
            </w:r>
            <w:r w:rsidRPr="00796614">
              <w:rPr>
                <w:lang w:eastAsia="ko-KR"/>
              </w:rPr>
              <w:t>/</w:t>
            </w:r>
            <w:r w:rsidRPr="00796614">
              <w:rPr>
                <w:lang w:eastAsia="ko-KR"/>
              </w:rPr>
              <w:t>조명</w:t>
            </w:r>
            <w:r w:rsidRPr="00796614">
              <w:rPr>
                <w:lang w:eastAsia="ko-KR"/>
              </w:rPr>
              <w:t xml:space="preserve">  </w:t>
            </w:r>
            <w:r w:rsidR="00796614" w:rsidRPr="00796614">
              <w:rPr>
                <w:lang w:eastAsia="ko-KR"/>
              </w:rPr>
              <w:t>[</w:t>
            </w:r>
            <w:r w:rsidR="00796614">
              <w:rPr>
                <w:lang w:eastAsia="ko-KR"/>
              </w:rPr>
              <w:t xml:space="preserve"> </w:t>
            </w:r>
            <w:r w:rsidR="00796614" w:rsidRPr="00796614">
              <w:rPr>
                <w:lang w:eastAsia="ko-KR"/>
              </w:rPr>
              <w:t xml:space="preserve"> ] </w:t>
            </w:r>
            <w:r w:rsidR="00796614">
              <w:rPr>
                <w:rFonts w:ascii="맑은 고딕" w:eastAsia="맑은 고딕" w:hAnsi="맑은 고딕" w:cs="맑은 고딕" w:hint="eastAsia"/>
                <w:lang w:eastAsia="ko-KR"/>
              </w:rPr>
              <w:t>탁구대</w:t>
            </w:r>
            <w:r w:rsidRPr="00796614">
              <w:rPr>
                <w:lang w:eastAsia="ko-KR"/>
              </w:rPr>
              <w:t xml:space="preserve"> </w:t>
            </w:r>
            <w:r w:rsidR="00796614">
              <w:rPr>
                <w:lang w:eastAsia="ko-KR"/>
              </w:rPr>
              <w:t xml:space="preserve"> </w:t>
            </w:r>
            <w:r w:rsidRPr="00796614">
              <w:rPr>
                <w:lang w:eastAsia="ko-KR"/>
              </w:rPr>
              <w:t>[</w:t>
            </w:r>
            <w:r w:rsidR="00796614">
              <w:rPr>
                <w:lang w:eastAsia="ko-KR"/>
              </w:rPr>
              <w:t xml:space="preserve"> </w:t>
            </w:r>
            <w:r w:rsidRPr="00796614">
              <w:rPr>
                <w:lang w:eastAsia="ko-KR"/>
              </w:rPr>
              <w:t xml:space="preserve"> ] </w:t>
            </w:r>
            <w:r w:rsidRPr="00796614">
              <w:rPr>
                <w:lang w:eastAsia="ko-KR"/>
              </w:rPr>
              <w:t>기타</w:t>
            </w:r>
            <w:r w:rsidRPr="00796614">
              <w:rPr>
                <w:lang w:eastAsia="ko-KR"/>
              </w:rPr>
              <w:t xml:space="preserve"> (       </w:t>
            </w:r>
            <w:r w:rsidR="00796614">
              <w:rPr>
                <w:lang w:eastAsia="ko-KR"/>
              </w:rPr>
              <w:t xml:space="preserve">                                  </w:t>
            </w:r>
            <w:r w:rsidRPr="00796614">
              <w:rPr>
                <w:lang w:eastAsia="ko-KR"/>
              </w:rPr>
              <w:t xml:space="preserve">             )</w:t>
            </w:r>
          </w:p>
        </w:tc>
      </w:tr>
    </w:tbl>
    <w:p w:rsidR="001C632F" w:rsidRPr="00751FA1" w:rsidRDefault="008B6229" w:rsidP="00751FA1">
      <w:pPr>
        <w:spacing w:before="160" w:after="0"/>
        <w:rPr>
          <w:sz w:val="24"/>
          <w:lang w:eastAsia="ko-KR"/>
        </w:rPr>
      </w:pPr>
      <w:r w:rsidRPr="00751FA1">
        <w:rPr>
          <w:rFonts w:ascii="맑은 고딕" w:hAnsi="맑은 고딕"/>
          <w:b/>
          <w:color w:val="2B6CB0"/>
          <w:lang w:eastAsia="ko-KR"/>
        </w:rPr>
        <w:t xml:space="preserve">3. </w:t>
      </w:r>
      <w:r w:rsidRPr="00751FA1">
        <w:rPr>
          <w:rFonts w:ascii="맑은 고딕" w:hAnsi="맑은 고딕"/>
          <w:b/>
          <w:color w:val="2B6CB0"/>
          <w:lang w:eastAsia="ko-KR"/>
        </w:rPr>
        <w:t>체육관</w:t>
      </w:r>
      <w:r w:rsidRPr="00751FA1">
        <w:rPr>
          <w:rFonts w:ascii="맑은 고딕" w:hAnsi="맑은 고딕"/>
          <w:b/>
          <w:color w:val="2B6CB0"/>
          <w:lang w:eastAsia="ko-KR"/>
        </w:rPr>
        <w:t xml:space="preserve"> </w:t>
      </w:r>
      <w:r w:rsidRPr="00751FA1">
        <w:rPr>
          <w:rFonts w:ascii="맑은 고딕" w:hAnsi="맑은 고딕"/>
          <w:b/>
          <w:color w:val="2B6CB0"/>
          <w:lang w:eastAsia="ko-KR"/>
        </w:rPr>
        <w:t>대관</w:t>
      </w:r>
      <w:r w:rsidRPr="00751FA1">
        <w:rPr>
          <w:rFonts w:ascii="맑은 고딕" w:hAnsi="맑은 고딕"/>
          <w:b/>
          <w:color w:val="2B6CB0"/>
          <w:lang w:eastAsia="ko-KR"/>
        </w:rPr>
        <w:t xml:space="preserve"> </w:t>
      </w:r>
      <w:r w:rsidRPr="00751FA1">
        <w:rPr>
          <w:rFonts w:ascii="맑은 고딕" w:hAnsi="맑은 고딕"/>
          <w:b/>
          <w:color w:val="2B6CB0"/>
          <w:lang w:eastAsia="ko-KR"/>
        </w:rPr>
        <w:t>이용</w:t>
      </w:r>
      <w:r w:rsidRPr="00751FA1">
        <w:rPr>
          <w:rFonts w:ascii="맑은 고딕" w:hAnsi="맑은 고딕"/>
          <w:b/>
          <w:color w:val="2B6CB0"/>
          <w:lang w:eastAsia="ko-KR"/>
        </w:rPr>
        <w:t xml:space="preserve"> </w:t>
      </w:r>
      <w:r w:rsidRPr="00751FA1">
        <w:rPr>
          <w:rFonts w:ascii="맑은 고딕" w:hAnsi="맑은 고딕"/>
          <w:b/>
          <w:color w:val="2B6CB0"/>
          <w:lang w:eastAsia="ko-KR"/>
        </w:rPr>
        <w:t>수칙</w:t>
      </w:r>
      <w:r w:rsidRPr="00751FA1">
        <w:rPr>
          <w:rFonts w:ascii="맑은 고딕" w:hAnsi="맑은 고딕"/>
          <w:b/>
          <w:color w:val="2B6CB0"/>
          <w:lang w:eastAsia="ko-KR"/>
        </w:rPr>
        <w:t xml:space="preserve"> </w:t>
      </w:r>
      <w:r w:rsidRPr="00751FA1">
        <w:rPr>
          <w:rFonts w:ascii="맑은 고딕" w:hAnsi="맑은 고딕"/>
          <w:b/>
          <w:color w:val="2B6CB0"/>
          <w:lang w:eastAsia="ko-KR"/>
        </w:rPr>
        <w:t>및</w:t>
      </w:r>
      <w:r w:rsidRPr="00751FA1">
        <w:rPr>
          <w:rFonts w:ascii="맑은 고딕" w:hAnsi="맑은 고딕"/>
          <w:b/>
          <w:color w:val="2B6CB0"/>
          <w:lang w:eastAsia="ko-KR"/>
        </w:rPr>
        <w:t xml:space="preserve"> </w:t>
      </w:r>
      <w:r w:rsidRPr="00751FA1">
        <w:rPr>
          <w:rFonts w:ascii="맑은 고딕" w:hAnsi="맑은 고딕"/>
          <w:b/>
          <w:color w:val="2B6CB0"/>
          <w:lang w:eastAsia="ko-KR"/>
        </w:rPr>
        <w:t>안전</w:t>
      </w:r>
      <w:r w:rsidRPr="00751FA1">
        <w:rPr>
          <w:rFonts w:ascii="맑은 고딕" w:hAnsi="맑은 고딕"/>
          <w:b/>
          <w:color w:val="2B6CB0"/>
          <w:lang w:eastAsia="ko-KR"/>
        </w:rPr>
        <w:t>·</w:t>
      </w:r>
      <w:r w:rsidRPr="00751FA1">
        <w:rPr>
          <w:rFonts w:ascii="맑은 고딕" w:hAnsi="맑은 고딕"/>
          <w:b/>
          <w:color w:val="2B6CB0"/>
          <w:lang w:eastAsia="ko-KR"/>
        </w:rPr>
        <w:t>면책</w:t>
      </w:r>
      <w:r w:rsidRPr="00751FA1">
        <w:rPr>
          <w:rFonts w:ascii="맑은 고딕" w:hAnsi="맑은 고딕"/>
          <w:b/>
          <w:color w:val="2B6CB0"/>
          <w:lang w:eastAsia="ko-KR"/>
        </w:rPr>
        <w:t xml:space="preserve"> </w:t>
      </w:r>
      <w:r w:rsidRPr="00751FA1">
        <w:rPr>
          <w:rFonts w:ascii="맑은 고딕" w:hAnsi="맑은 고딕"/>
          <w:b/>
          <w:color w:val="2B6CB0"/>
          <w:lang w:eastAsia="ko-KR"/>
        </w:rPr>
        <w:t>서약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10790"/>
      </w:tblGrid>
      <w:tr w:rsidR="001C632F" w:rsidTr="00751FA1">
        <w:trPr>
          <w:trHeight w:val="3617"/>
          <w:jc w:val="center"/>
        </w:trPr>
        <w:tc>
          <w:tcPr>
            <w:tcW w:w="10800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632F" w:rsidRPr="00751FA1" w:rsidRDefault="008B6229" w:rsidP="00751FA1">
            <w:pPr>
              <w:pStyle w:val="aa"/>
              <w:numPr>
                <w:ilvl w:val="0"/>
                <w:numId w:val="11"/>
              </w:numPr>
              <w:spacing w:after="50" w:line="240" w:lineRule="auto"/>
              <w:jc w:val="both"/>
              <w:rPr>
                <w:sz w:val="28"/>
                <w:lang w:eastAsia="ko-KR"/>
              </w:rPr>
            </w:pPr>
            <w:r w:rsidRPr="00751FA1">
              <w:rPr>
                <w:b/>
                <w:sz w:val="20"/>
                <w:lang w:eastAsia="ko-KR"/>
              </w:rPr>
              <w:t>(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실내전용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운동화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착용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및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바닥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보호</w:t>
            </w:r>
            <w:r w:rsidRPr="00751FA1">
              <w:rPr>
                <w:b/>
                <w:sz w:val="20"/>
                <w:lang w:eastAsia="ko-KR"/>
              </w:rPr>
              <w:t xml:space="preserve">)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체육관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마루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보호를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위해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반드시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실내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전용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운동화를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착용해야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하며</w:t>
            </w:r>
            <w:r w:rsidRPr="00751FA1">
              <w:rPr>
                <w:sz w:val="20"/>
                <w:lang w:eastAsia="ko-KR"/>
              </w:rPr>
              <w:t xml:space="preserve">,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구두</w:t>
            </w:r>
            <w:r w:rsidRPr="00751FA1">
              <w:rPr>
                <w:sz w:val="20"/>
                <w:lang w:eastAsia="ko-KR"/>
              </w:rPr>
              <w:t xml:space="preserve">,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슬리퍼</w:t>
            </w:r>
            <w:r w:rsidRPr="00751FA1">
              <w:rPr>
                <w:sz w:val="20"/>
                <w:lang w:eastAsia="ko-KR"/>
              </w:rPr>
              <w:t xml:space="preserve">,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징이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박힌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신발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착용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시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입장이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제한됩니다</w:t>
            </w:r>
            <w:r w:rsidRPr="00751FA1">
              <w:rPr>
                <w:sz w:val="20"/>
                <w:lang w:eastAsia="ko-KR"/>
              </w:rPr>
              <w:t>.</w:t>
            </w:r>
          </w:p>
          <w:p w:rsidR="001C632F" w:rsidRPr="00751FA1" w:rsidRDefault="008B6229" w:rsidP="00751FA1">
            <w:pPr>
              <w:pStyle w:val="aa"/>
              <w:numPr>
                <w:ilvl w:val="0"/>
                <w:numId w:val="11"/>
              </w:numPr>
              <w:spacing w:after="50" w:line="240" w:lineRule="auto"/>
              <w:jc w:val="both"/>
              <w:rPr>
                <w:sz w:val="28"/>
                <w:lang w:eastAsia="ko-KR"/>
              </w:rPr>
            </w:pPr>
            <w:r w:rsidRPr="00751FA1">
              <w:rPr>
                <w:b/>
                <w:sz w:val="20"/>
                <w:lang w:eastAsia="ko-KR"/>
              </w:rPr>
              <w:t>(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음악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및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음식물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반입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제한</w:t>
            </w:r>
            <w:r w:rsidRPr="00751FA1">
              <w:rPr>
                <w:b/>
                <w:sz w:val="20"/>
                <w:lang w:eastAsia="ko-KR"/>
              </w:rPr>
              <w:t xml:space="preserve">)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체육관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내에는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음료</w:t>
            </w:r>
            <w:r w:rsidRPr="00751FA1">
              <w:rPr>
                <w:sz w:val="20"/>
                <w:lang w:eastAsia="ko-KR"/>
              </w:rPr>
              <w:t>(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물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제외</w:t>
            </w:r>
            <w:r w:rsidRPr="00751FA1">
              <w:rPr>
                <w:sz w:val="20"/>
                <w:lang w:eastAsia="ko-KR"/>
              </w:rPr>
              <w:t xml:space="preserve">)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및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모든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음식물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반입이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금지되며</w:t>
            </w:r>
            <w:r w:rsidRPr="00751FA1">
              <w:rPr>
                <w:sz w:val="20"/>
                <w:lang w:eastAsia="ko-KR"/>
              </w:rPr>
              <w:t xml:space="preserve">,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지정된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장소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외에서의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취사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및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음주는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엄격히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금지됩니다</w:t>
            </w:r>
            <w:r w:rsidRPr="00751FA1">
              <w:rPr>
                <w:sz w:val="20"/>
                <w:lang w:eastAsia="ko-KR"/>
              </w:rPr>
              <w:t>.</w:t>
            </w:r>
          </w:p>
          <w:p w:rsidR="001C632F" w:rsidRPr="00751FA1" w:rsidRDefault="008B6229" w:rsidP="00751FA1">
            <w:pPr>
              <w:pStyle w:val="aa"/>
              <w:numPr>
                <w:ilvl w:val="0"/>
                <w:numId w:val="11"/>
              </w:numPr>
              <w:spacing w:after="50" w:line="240" w:lineRule="auto"/>
              <w:jc w:val="both"/>
              <w:rPr>
                <w:sz w:val="28"/>
                <w:lang w:eastAsia="ko-KR"/>
              </w:rPr>
            </w:pPr>
            <w:r w:rsidRPr="00751FA1">
              <w:rPr>
                <w:b/>
                <w:color w:val="C53030"/>
                <w:sz w:val="20"/>
                <w:lang w:eastAsia="ko-KR"/>
              </w:rPr>
              <w:t>(</w:t>
            </w:r>
            <w:r w:rsidRPr="00751FA1">
              <w:rPr>
                <w:rFonts w:ascii="맑은 고딕" w:eastAsia="맑은 고딕" w:hAnsi="맑은 고딕" w:cs="맑은 고딕" w:hint="eastAsia"/>
                <w:b/>
                <w:color w:val="C53030"/>
                <w:sz w:val="20"/>
                <w:lang w:eastAsia="ko-KR"/>
              </w:rPr>
              <w:t>안전관리</w:t>
            </w:r>
            <w:r w:rsidRPr="00751FA1">
              <w:rPr>
                <w:b/>
                <w:color w:val="C53030"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color w:val="C53030"/>
                <w:sz w:val="20"/>
                <w:lang w:eastAsia="ko-KR"/>
              </w:rPr>
              <w:t>및</w:t>
            </w:r>
            <w:r w:rsidRPr="00751FA1">
              <w:rPr>
                <w:b/>
                <w:color w:val="C53030"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color w:val="C53030"/>
                <w:sz w:val="20"/>
                <w:lang w:eastAsia="ko-KR"/>
              </w:rPr>
              <w:t>사고</w:t>
            </w:r>
            <w:r w:rsidRPr="00751FA1">
              <w:rPr>
                <w:b/>
                <w:color w:val="C53030"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color w:val="C53030"/>
                <w:sz w:val="20"/>
                <w:lang w:eastAsia="ko-KR"/>
              </w:rPr>
              <w:t>책임</w:t>
            </w:r>
            <w:r w:rsidRPr="00751FA1">
              <w:rPr>
                <w:b/>
                <w:color w:val="C53030"/>
                <w:sz w:val="20"/>
                <w:lang w:eastAsia="ko-KR"/>
              </w:rPr>
              <w:t xml:space="preserve">)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대관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시간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중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발생한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참여자의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안전사고</w:t>
            </w:r>
            <w:r w:rsidRPr="00751FA1">
              <w:rPr>
                <w:b/>
                <w:sz w:val="20"/>
                <w:lang w:eastAsia="ko-KR"/>
              </w:rPr>
              <w:t xml:space="preserve">,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부상</w:t>
            </w:r>
            <w:r w:rsidRPr="00751FA1">
              <w:rPr>
                <w:b/>
                <w:sz w:val="20"/>
                <w:lang w:eastAsia="ko-KR"/>
              </w:rPr>
              <w:t xml:space="preserve">,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기저질환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악화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등에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대한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안전관리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책임은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대관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신청자</w:t>
            </w:r>
            <w:r w:rsidRPr="00751FA1">
              <w:rPr>
                <w:b/>
                <w:sz w:val="20"/>
                <w:lang w:eastAsia="ko-KR"/>
              </w:rPr>
              <w:t>(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단체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대표자</w:t>
            </w:r>
            <w:r w:rsidRPr="00751FA1">
              <w:rPr>
                <w:b/>
                <w:sz w:val="20"/>
                <w:lang w:eastAsia="ko-KR"/>
              </w:rPr>
              <w:t>)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에게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있으며</w:t>
            </w:r>
            <w:r w:rsidRPr="00751FA1">
              <w:rPr>
                <w:b/>
                <w:sz w:val="20"/>
                <w:lang w:eastAsia="ko-KR"/>
              </w:rPr>
              <w:t xml:space="preserve">,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센터에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책임을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물을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수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없습니다</w:t>
            </w:r>
            <w:r w:rsidRPr="00751FA1">
              <w:rPr>
                <w:b/>
                <w:sz w:val="20"/>
                <w:lang w:eastAsia="ko-KR"/>
              </w:rPr>
              <w:t>.</w:t>
            </w:r>
          </w:p>
          <w:p w:rsidR="001C632F" w:rsidRPr="00751FA1" w:rsidRDefault="008B6229" w:rsidP="00751FA1">
            <w:pPr>
              <w:pStyle w:val="aa"/>
              <w:numPr>
                <w:ilvl w:val="0"/>
                <w:numId w:val="11"/>
              </w:numPr>
              <w:spacing w:after="50" w:line="240" w:lineRule="auto"/>
              <w:jc w:val="both"/>
              <w:rPr>
                <w:sz w:val="28"/>
                <w:lang w:eastAsia="ko-KR"/>
              </w:rPr>
            </w:pPr>
            <w:r w:rsidRPr="00751FA1">
              <w:rPr>
                <w:b/>
                <w:color w:val="C53030"/>
                <w:sz w:val="20"/>
                <w:lang w:eastAsia="ko-KR"/>
              </w:rPr>
              <w:t>(</w:t>
            </w:r>
            <w:r w:rsidRPr="00751FA1">
              <w:rPr>
                <w:rFonts w:ascii="맑은 고딕" w:eastAsia="맑은 고딕" w:hAnsi="맑은 고딕" w:cs="맑은 고딕" w:hint="eastAsia"/>
                <w:b/>
                <w:color w:val="C53030"/>
                <w:sz w:val="20"/>
                <w:lang w:eastAsia="ko-KR"/>
              </w:rPr>
              <w:t>시설</w:t>
            </w:r>
            <w:r w:rsidRPr="00751FA1">
              <w:rPr>
                <w:b/>
                <w:color w:val="C53030"/>
                <w:sz w:val="20"/>
                <w:lang w:eastAsia="ko-KR"/>
              </w:rPr>
              <w:t>·</w:t>
            </w:r>
            <w:r w:rsidRPr="00751FA1">
              <w:rPr>
                <w:rFonts w:ascii="맑은 고딕" w:eastAsia="맑은 고딕" w:hAnsi="맑은 고딕" w:cs="맑은 고딕" w:hint="eastAsia"/>
                <w:b/>
                <w:color w:val="C53030"/>
                <w:sz w:val="20"/>
                <w:lang w:eastAsia="ko-KR"/>
              </w:rPr>
              <w:t>장비</w:t>
            </w:r>
            <w:r w:rsidRPr="00751FA1">
              <w:rPr>
                <w:b/>
                <w:color w:val="C53030"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color w:val="C53030"/>
                <w:sz w:val="20"/>
                <w:lang w:eastAsia="ko-KR"/>
              </w:rPr>
              <w:t>파손</w:t>
            </w:r>
            <w:r w:rsidRPr="00751FA1">
              <w:rPr>
                <w:b/>
                <w:color w:val="C53030"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color w:val="C53030"/>
                <w:sz w:val="20"/>
                <w:lang w:eastAsia="ko-KR"/>
              </w:rPr>
              <w:t>시</w:t>
            </w:r>
            <w:r w:rsidRPr="00751FA1">
              <w:rPr>
                <w:b/>
                <w:color w:val="C53030"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color w:val="C53030"/>
                <w:sz w:val="20"/>
                <w:lang w:eastAsia="ko-KR"/>
              </w:rPr>
              <w:t>원상복구</w:t>
            </w:r>
            <w:r w:rsidRPr="00751FA1">
              <w:rPr>
                <w:b/>
                <w:color w:val="C53030"/>
                <w:sz w:val="20"/>
                <w:lang w:eastAsia="ko-KR"/>
              </w:rPr>
              <w:t xml:space="preserve">)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대관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중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센터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시설</w:t>
            </w:r>
            <w:r w:rsidRPr="00751FA1">
              <w:rPr>
                <w:b/>
                <w:sz w:val="20"/>
                <w:lang w:eastAsia="ko-KR"/>
              </w:rPr>
              <w:t xml:space="preserve">,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장비</w:t>
            </w:r>
            <w:r w:rsidRPr="00751FA1">
              <w:rPr>
                <w:b/>
                <w:sz w:val="20"/>
                <w:lang w:eastAsia="ko-KR"/>
              </w:rPr>
              <w:t xml:space="preserve">,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기구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등을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파손하거나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훼손한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경우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대관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신청자가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proofErr w:type="spellStart"/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원상복구하거나</w:t>
            </w:r>
            <w:proofErr w:type="spellEnd"/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시가로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변상해야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합니다</w:t>
            </w:r>
            <w:r w:rsidRPr="00751FA1">
              <w:rPr>
                <w:b/>
                <w:sz w:val="20"/>
                <w:lang w:eastAsia="ko-KR"/>
              </w:rPr>
              <w:t>.</w:t>
            </w:r>
          </w:p>
          <w:p w:rsidR="001C632F" w:rsidRPr="00751FA1" w:rsidRDefault="008B6229" w:rsidP="00751FA1">
            <w:pPr>
              <w:pStyle w:val="aa"/>
              <w:numPr>
                <w:ilvl w:val="0"/>
                <w:numId w:val="11"/>
              </w:numPr>
              <w:spacing w:after="50" w:line="240" w:lineRule="auto"/>
              <w:jc w:val="both"/>
              <w:rPr>
                <w:sz w:val="28"/>
                <w:lang w:eastAsia="ko-KR"/>
              </w:rPr>
            </w:pPr>
            <w:r w:rsidRPr="00751FA1">
              <w:rPr>
                <w:b/>
                <w:sz w:val="20"/>
                <w:lang w:eastAsia="ko-KR"/>
              </w:rPr>
              <w:t>(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이용시간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준수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및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원위치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정리</w:t>
            </w:r>
            <w:r w:rsidRPr="00751FA1">
              <w:rPr>
                <w:b/>
                <w:sz w:val="20"/>
                <w:lang w:eastAsia="ko-KR"/>
              </w:rPr>
              <w:t xml:space="preserve">)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대관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허가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시간을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엄수해야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하며</w:t>
            </w:r>
            <w:r w:rsidRPr="00751FA1">
              <w:rPr>
                <w:sz w:val="20"/>
                <w:lang w:eastAsia="ko-KR"/>
              </w:rPr>
              <w:t xml:space="preserve">,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종료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후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사용한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기구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원위치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정리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및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쓰레기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수거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등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청소를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완료해야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합니다</w:t>
            </w:r>
            <w:r w:rsidRPr="00751FA1">
              <w:rPr>
                <w:sz w:val="20"/>
                <w:lang w:eastAsia="ko-KR"/>
              </w:rPr>
              <w:t>.</w:t>
            </w:r>
          </w:p>
          <w:p w:rsidR="001C632F" w:rsidRDefault="008B6229" w:rsidP="00751FA1">
            <w:pPr>
              <w:pStyle w:val="aa"/>
              <w:numPr>
                <w:ilvl w:val="0"/>
                <w:numId w:val="11"/>
              </w:numPr>
              <w:spacing w:after="0"/>
              <w:jc w:val="both"/>
              <w:rPr>
                <w:lang w:eastAsia="ko-KR"/>
              </w:rPr>
            </w:pPr>
            <w:r w:rsidRPr="00751FA1">
              <w:rPr>
                <w:b/>
                <w:sz w:val="20"/>
                <w:lang w:eastAsia="ko-KR"/>
              </w:rPr>
              <w:t>(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양도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및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전대</w:t>
            </w:r>
            <w:r w:rsidRPr="00751FA1">
              <w:rPr>
                <w:b/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b/>
                <w:sz w:val="20"/>
                <w:lang w:eastAsia="ko-KR"/>
              </w:rPr>
              <w:t>금지</w:t>
            </w:r>
            <w:r w:rsidRPr="00751FA1">
              <w:rPr>
                <w:b/>
                <w:sz w:val="20"/>
                <w:lang w:eastAsia="ko-KR"/>
              </w:rPr>
              <w:t xml:space="preserve">)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대관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권리를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타인이나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타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단체에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양도하거나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전대할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수</w:t>
            </w:r>
            <w:r w:rsidRPr="00751FA1">
              <w:rPr>
                <w:sz w:val="20"/>
                <w:lang w:eastAsia="ko-KR"/>
              </w:rPr>
              <w:t xml:space="preserve"> </w:t>
            </w:r>
            <w:r w:rsidRPr="00751FA1">
              <w:rPr>
                <w:rFonts w:ascii="맑은 고딕" w:eastAsia="맑은 고딕" w:hAnsi="맑은 고딕" w:cs="맑은 고딕" w:hint="eastAsia"/>
                <w:sz w:val="20"/>
                <w:lang w:eastAsia="ko-KR"/>
              </w:rPr>
              <w:t>없습니다</w:t>
            </w:r>
            <w:r w:rsidRPr="00751FA1">
              <w:rPr>
                <w:sz w:val="20"/>
                <w:lang w:eastAsia="ko-KR"/>
              </w:rPr>
              <w:t>.</w:t>
            </w:r>
          </w:p>
        </w:tc>
      </w:tr>
    </w:tbl>
    <w:p w:rsidR="00751FA1" w:rsidRPr="00751FA1" w:rsidRDefault="00A72270" w:rsidP="00751FA1">
      <w:pPr>
        <w:spacing w:after="0"/>
        <w:jc w:val="center"/>
        <w:rPr>
          <w:rFonts w:eastAsia="맑은 고딕"/>
          <w:lang w:eastAsia="ko-KR"/>
        </w:rPr>
      </w:pPr>
      <w:proofErr w:type="spellStart"/>
      <w:r>
        <w:rPr>
          <w:rFonts w:eastAsia="맑은 고딕" w:hint="eastAsia"/>
          <w:color w:val="718096"/>
          <w:sz w:val="17"/>
          <w:lang w:eastAsia="ko-KR"/>
        </w:rPr>
        <w:t>금산</w:t>
      </w:r>
      <w:r w:rsidR="00751FA1">
        <w:rPr>
          <w:color w:val="718096"/>
          <w:sz w:val="17"/>
          <w:lang w:eastAsia="ko-KR"/>
        </w:rPr>
        <w:t>반다비체육센터</w:t>
      </w:r>
      <w:proofErr w:type="spellEnd"/>
      <w:r w:rsidR="00751FA1">
        <w:rPr>
          <w:color w:val="718096"/>
          <w:sz w:val="17"/>
          <w:lang w:eastAsia="ko-KR"/>
        </w:rPr>
        <w:t xml:space="preserve"> </w:t>
      </w:r>
      <w:r w:rsidR="00751FA1">
        <w:rPr>
          <w:color w:val="718096"/>
          <w:sz w:val="17"/>
          <w:lang w:eastAsia="ko-KR"/>
        </w:rPr>
        <w:t>귀중</w:t>
      </w:r>
      <w:r w:rsidR="00751FA1">
        <w:rPr>
          <w:color w:val="718096"/>
          <w:sz w:val="17"/>
          <w:lang w:eastAsia="ko-KR"/>
        </w:rPr>
        <w:t xml:space="preserve">   |   </w:t>
      </w:r>
      <w:r w:rsidR="00751FA1">
        <w:rPr>
          <w:color w:val="718096"/>
          <w:sz w:val="17"/>
          <w:lang w:eastAsia="ko-KR"/>
        </w:rPr>
        <w:t>체육관</w:t>
      </w:r>
      <w:r w:rsidR="00751FA1">
        <w:rPr>
          <w:color w:val="718096"/>
          <w:sz w:val="17"/>
          <w:lang w:eastAsia="ko-KR"/>
        </w:rPr>
        <w:t xml:space="preserve"> </w:t>
      </w:r>
      <w:r w:rsidR="00751FA1">
        <w:rPr>
          <w:color w:val="718096"/>
          <w:sz w:val="17"/>
          <w:lang w:eastAsia="ko-KR"/>
        </w:rPr>
        <w:t>대관</w:t>
      </w:r>
      <w:r w:rsidR="00751FA1">
        <w:rPr>
          <w:color w:val="718096"/>
          <w:sz w:val="17"/>
          <w:lang w:eastAsia="ko-KR"/>
        </w:rPr>
        <w:t xml:space="preserve"> </w:t>
      </w:r>
      <w:r w:rsidR="00751FA1">
        <w:rPr>
          <w:color w:val="718096"/>
          <w:sz w:val="17"/>
          <w:lang w:eastAsia="ko-KR"/>
        </w:rPr>
        <w:t>신청서</w:t>
      </w:r>
      <w:r w:rsidR="00751FA1">
        <w:rPr>
          <w:color w:val="718096"/>
          <w:sz w:val="17"/>
          <w:lang w:eastAsia="ko-KR"/>
        </w:rPr>
        <w:t xml:space="preserve"> </w:t>
      </w:r>
      <w:r w:rsidR="00751FA1">
        <w:rPr>
          <w:color w:val="718096"/>
          <w:sz w:val="17"/>
          <w:lang w:eastAsia="ko-KR"/>
        </w:rPr>
        <w:t>및</w:t>
      </w:r>
      <w:r w:rsidR="00751FA1">
        <w:rPr>
          <w:color w:val="718096"/>
          <w:sz w:val="17"/>
          <w:lang w:eastAsia="ko-KR"/>
        </w:rPr>
        <w:t xml:space="preserve"> </w:t>
      </w:r>
      <w:r w:rsidR="00751FA1">
        <w:rPr>
          <w:color w:val="718096"/>
          <w:sz w:val="17"/>
          <w:lang w:eastAsia="ko-KR"/>
        </w:rPr>
        <w:t>이용</w:t>
      </w:r>
      <w:r w:rsidR="00751FA1">
        <w:rPr>
          <w:color w:val="718096"/>
          <w:sz w:val="17"/>
          <w:lang w:eastAsia="ko-KR"/>
        </w:rPr>
        <w:t xml:space="preserve"> </w:t>
      </w:r>
      <w:r w:rsidR="00751FA1">
        <w:rPr>
          <w:color w:val="718096"/>
          <w:sz w:val="17"/>
          <w:lang w:eastAsia="ko-KR"/>
        </w:rPr>
        <w:t>서약서</w:t>
      </w:r>
      <w:r w:rsidR="00751FA1">
        <w:rPr>
          <w:rFonts w:eastAsia="맑은 고딕" w:hint="eastAsia"/>
          <w:color w:val="718096"/>
          <w:sz w:val="17"/>
          <w:lang w:eastAsia="ko-KR"/>
        </w:rPr>
        <w:t>(</w:t>
      </w:r>
      <w:r w:rsidR="00751FA1">
        <w:rPr>
          <w:rFonts w:eastAsia="맑은 고딕"/>
          <w:color w:val="718096"/>
          <w:sz w:val="17"/>
          <w:lang w:eastAsia="ko-KR"/>
        </w:rPr>
        <w:t>1/2)</w:t>
      </w:r>
    </w:p>
    <w:p w:rsidR="00751FA1" w:rsidRPr="00751FA1" w:rsidRDefault="00751FA1">
      <w:pPr>
        <w:spacing w:before="160" w:after="60"/>
        <w:rPr>
          <w:b/>
          <w:color w:val="2B6CB0"/>
          <w:lang w:eastAsia="ko-KR"/>
        </w:rPr>
      </w:pPr>
    </w:p>
    <w:p w:rsidR="001C632F" w:rsidRPr="00751FA1" w:rsidRDefault="008B6229">
      <w:pPr>
        <w:spacing w:before="160" w:after="60"/>
        <w:rPr>
          <w:sz w:val="24"/>
          <w:lang w:eastAsia="ko-KR"/>
        </w:rPr>
      </w:pPr>
      <w:r w:rsidRPr="00751FA1">
        <w:rPr>
          <w:b/>
          <w:color w:val="2B6CB0"/>
          <w:lang w:eastAsia="ko-KR"/>
        </w:rPr>
        <w:t xml:space="preserve">4. </w:t>
      </w:r>
      <w:r w:rsidRPr="00751FA1">
        <w:rPr>
          <w:b/>
          <w:color w:val="2B6CB0"/>
          <w:lang w:eastAsia="ko-KR"/>
        </w:rPr>
        <w:t>개인정보</w:t>
      </w:r>
      <w:r w:rsidRPr="00751FA1">
        <w:rPr>
          <w:b/>
          <w:color w:val="2B6CB0"/>
          <w:lang w:eastAsia="ko-KR"/>
        </w:rPr>
        <w:t xml:space="preserve"> </w:t>
      </w:r>
      <w:r w:rsidRPr="00751FA1">
        <w:rPr>
          <w:b/>
          <w:color w:val="2B6CB0"/>
          <w:lang w:eastAsia="ko-KR"/>
        </w:rPr>
        <w:t>수집</w:t>
      </w:r>
      <w:r w:rsidRPr="00751FA1">
        <w:rPr>
          <w:b/>
          <w:color w:val="2B6CB0"/>
          <w:lang w:eastAsia="ko-KR"/>
        </w:rPr>
        <w:t>·</w:t>
      </w:r>
      <w:r w:rsidRPr="00751FA1">
        <w:rPr>
          <w:b/>
          <w:color w:val="2B6CB0"/>
          <w:lang w:eastAsia="ko-KR"/>
        </w:rPr>
        <w:t>이용</w:t>
      </w:r>
      <w:r w:rsidRPr="00751FA1">
        <w:rPr>
          <w:b/>
          <w:color w:val="2B6CB0"/>
          <w:lang w:eastAsia="ko-KR"/>
        </w:rPr>
        <w:t xml:space="preserve"> </w:t>
      </w:r>
      <w:r w:rsidRPr="00751FA1">
        <w:rPr>
          <w:b/>
          <w:color w:val="2B6CB0"/>
          <w:lang w:eastAsia="ko-KR"/>
        </w:rPr>
        <w:t>동의</w:t>
      </w:r>
      <w:r w:rsidRPr="00751FA1">
        <w:rPr>
          <w:b/>
          <w:color w:val="2B6CB0"/>
          <w:lang w:eastAsia="ko-KR"/>
        </w:rPr>
        <w:t xml:space="preserve"> (</w:t>
      </w:r>
      <w:r w:rsidRPr="00751FA1">
        <w:rPr>
          <w:b/>
          <w:color w:val="2B6CB0"/>
          <w:lang w:eastAsia="ko-KR"/>
        </w:rPr>
        <w:t>대관</w:t>
      </w:r>
      <w:r w:rsidRPr="00751FA1">
        <w:rPr>
          <w:b/>
          <w:color w:val="2B6CB0"/>
          <w:lang w:eastAsia="ko-KR"/>
        </w:rPr>
        <w:t xml:space="preserve"> </w:t>
      </w:r>
      <w:r w:rsidRPr="00751FA1">
        <w:rPr>
          <w:b/>
          <w:color w:val="2B6CB0"/>
          <w:lang w:eastAsia="ko-KR"/>
        </w:rPr>
        <w:t>관리용</w:t>
      </w:r>
      <w:r w:rsidRPr="00751FA1">
        <w:rPr>
          <w:b/>
          <w:color w:val="2B6CB0"/>
          <w:lang w:eastAsia="ko-KR"/>
        </w:rPr>
        <w:t>)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2697"/>
        <w:gridCol w:w="2698"/>
        <w:gridCol w:w="2697"/>
        <w:gridCol w:w="2698"/>
      </w:tblGrid>
      <w:tr w:rsidR="001C632F" w:rsidTr="00751FA1">
        <w:trPr>
          <w:trHeight w:val="815"/>
          <w:jc w:val="center"/>
        </w:trPr>
        <w:tc>
          <w:tcPr>
            <w:tcW w:w="2700" w:type="dxa"/>
            <w:shd w:val="clear" w:color="auto" w:fill="F7FAFC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632F" w:rsidRPr="00751FA1" w:rsidRDefault="008B6229" w:rsidP="00751FA1">
            <w:pPr>
              <w:spacing w:before="240" w:after="0"/>
              <w:jc w:val="center"/>
              <w:rPr>
                <w:sz w:val="18"/>
              </w:rPr>
            </w:pPr>
            <w:proofErr w:type="spellStart"/>
            <w:r w:rsidRPr="00751FA1">
              <w:rPr>
                <w:b/>
                <w:sz w:val="18"/>
              </w:rPr>
              <w:t>수집</w:t>
            </w:r>
            <w:r w:rsidRPr="00751FA1">
              <w:rPr>
                <w:b/>
                <w:sz w:val="18"/>
              </w:rPr>
              <w:t>·</w:t>
            </w:r>
            <w:r w:rsidRPr="00751FA1">
              <w:rPr>
                <w:b/>
                <w:sz w:val="18"/>
              </w:rPr>
              <w:t>이용</w:t>
            </w:r>
            <w:proofErr w:type="spellEnd"/>
            <w:r w:rsidRPr="00751FA1">
              <w:rPr>
                <w:b/>
                <w:sz w:val="18"/>
              </w:rPr>
              <w:t xml:space="preserve"> </w:t>
            </w:r>
            <w:proofErr w:type="spellStart"/>
            <w:r w:rsidRPr="00751FA1">
              <w:rPr>
                <w:b/>
                <w:sz w:val="18"/>
              </w:rPr>
              <w:t>목적</w:t>
            </w:r>
            <w:proofErr w:type="spellEnd"/>
          </w:p>
        </w:tc>
        <w:tc>
          <w:tcPr>
            <w:tcW w:w="2700" w:type="dxa"/>
            <w:shd w:val="clear" w:color="auto" w:fill="F7FAFC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632F" w:rsidRPr="00751FA1" w:rsidRDefault="008B6229" w:rsidP="00751FA1">
            <w:pPr>
              <w:spacing w:before="240" w:after="0"/>
              <w:jc w:val="center"/>
              <w:rPr>
                <w:sz w:val="18"/>
              </w:rPr>
            </w:pPr>
            <w:r w:rsidRPr="00751FA1">
              <w:rPr>
                <w:b/>
                <w:sz w:val="18"/>
              </w:rPr>
              <w:t>수집</w:t>
            </w:r>
            <w:r w:rsidRPr="00751FA1">
              <w:rPr>
                <w:b/>
                <w:sz w:val="18"/>
              </w:rPr>
              <w:t xml:space="preserve"> </w:t>
            </w:r>
            <w:r w:rsidRPr="00751FA1">
              <w:rPr>
                <w:b/>
                <w:sz w:val="18"/>
              </w:rPr>
              <w:t>항목</w:t>
            </w:r>
          </w:p>
        </w:tc>
        <w:tc>
          <w:tcPr>
            <w:tcW w:w="2700" w:type="dxa"/>
            <w:shd w:val="clear" w:color="auto" w:fill="F7FAFC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632F" w:rsidRPr="00751FA1" w:rsidRDefault="008B6229" w:rsidP="00751FA1">
            <w:pPr>
              <w:spacing w:before="240" w:after="0"/>
              <w:jc w:val="center"/>
              <w:rPr>
                <w:sz w:val="18"/>
              </w:rPr>
            </w:pPr>
            <w:r w:rsidRPr="00751FA1">
              <w:rPr>
                <w:b/>
                <w:sz w:val="18"/>
              </w:rPr>
              <w:t>보유</w:t>
            </w:r>
            <w:r w:rsidRPr="00751FA1">
              <w:rPr>
                <w:b/>
                <w:sz w:val="18"/>
              </w:rPr>
              <w:t xml:space="preserve"> </w:t>
            </w:r>
            <w:r w:rsidRPr="00751FA1">
              <w:rPr>
                <w:b/>
                <w:sz w:val="18"/>
              </w:rPr>
              <w:t>및</w:t>
            </w:r>
            <w:r w:rsidRPr="00751FA1">
              <w:rPr>
                <w:b/>
                <w:sz w:val="18"/>
              </w:rPr>
              <w:t xml:space="preserve"> </w:t>
            </w:r>
            <w:r w:rsidRPr="00751FA1">
              <w:rPr>
                <w:b/>
                <w:sz w:val="18"/>
              </w:rPr>
              <w:t>이용</w:t>
            </w:r>
            <w:r w:rsidRPr="00751FA1">
              <w:rPr>
                <w:b/>
                <w:sz w:val="18"/>
              </w:rPr>
              <w:t xml:space="preserve"> </w:t>
            </w:r>
            <w:r w:rsidRPr="00751FA1">
              <w:rPr>
                <w:b/>
                <w:sz w:val="18"/>
              </w:rPr>
              <w:t>기간</w:t>
            </w:r>
          </w:p>
        </w:tc>
        <w:tc>
          <w:tcPr>
            <w:tcW w:w="2700" w:type="dxa"/>
            <w:shd w:val="clear" w:color="auto" w:fill="F7FAFC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632F" w:rsidRPr="00751FA1" w:rsidRDefault="008B6229" w:rsidP="00751FA1">
            <w:pPr>
              <w:spacing w:before="240" w:after="0"/>
              <w:jc w:val="center"/>
              <w:rPr>
                <w:sz w:val="18"/>
              </w:rPr>
            </w:pPr>
            <w:r w:rsidRPr="00751FA1">
              <w:rPr>
                <w:b/>
                <w:sz w:val="18"/>
              </w:rPr>
              <w:t>동의</w:t>
            </w:r>
            <w:r w:rsidRPr="00751FA1">
              <w:rPr>
                <w:b/>
                <w:sz w:val="18"/>
              </w:rPr>
              <w:t xml:space="preserve"> </w:t>
            </w:r>
            <w:r w:rsidRPr="00751FA1">
              <w:rPr>
                <w:b/>
                <w:sz w:val="18"/>
              </w:rPr>
              <w:t>여부</w:t>
            </w:r>
          </w:p>
        </w:tc>
      </w:tr>
      <w:tr w:rsidR="001C632F" w:rsidTr="00751FA1">
        <w:trPr>
          <w:trHeight w:val="1424"/>
          <w:jc w:val="center"/>
        </w:trPr>
        <w:tc>
          <w:tcPr>
            <w:tcW w:w="270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632F" w:rsidRDefault="008B6229" w:rsidP="00751FA1">
            <w:pPr>
              <w:spacing w:before="240" w:after="0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체육관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대관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신청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승인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일정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관리</w:t>
            </w:r>
            <w:r>
              <w:rPr>
                <w:sz w:val="16"/>
                <w:lang w:eastAsia="ko-KR"/>
              </w:rPr>
              <w:br/>
              <w:t xml:space="preserve">• </w:t>
            </w:r>
            <w:r>
              <w:rPr>
                <w:sz w:val="16"/>
                <w:lang w:eastAsia="ko-KR"/>
              </w:rPr>
              <w:t>이용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안내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사용료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정산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비상연락</w:t>
            </w:r>
          </w:p>
        </w:tc>
        <w:tc>
          <w:tcPr>
            <w:tcW w:w="270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632F" w:rsidRDefault="008B6229" w:rsidP="00751FA1">
            <w:pPr>
              <w:spacing w:before="240" w:after="0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단체명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대표자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성명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연락처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주소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비상연락처</w:t>
            </w:r>
          </w:p>
        </w:tc>
        <w:tc>
          <w:tcPr>
            <w:tcW w:w="270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632F" w:rsidRDefault="008B6229" w:rsidP="00751FA1">
            <w:pPr>
              <w:spacing w:before="240" w:after="0"/>
              <w:jc w:val="center"/>
              <w:rPr>
                <w:lang w:eastAsia="ko-KR"/>
              </w:rPr>
            </w:pPr>
            <w:r>
              <w:rPr>
                <w:sz w:val="16"/>
                <w:lang w:eastAsia="ko-KR"/>
              </w:rPr>
              <w:t>대관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종료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후</w:t>
            </w:r>
            <w:r>
              <w:rPr>
                <w:sz w:val="16"/>
                <w:lang w:eastAsia="ko-KR"/>
              </w:rPr>
              <w:t xml:space="preserve"> 1</w:t>
            </w:r>
            <w:r>
              <w:rPr>
                <w:sz w:val="16"/>
                <w:lang w:eastAsia="ko-KR"/>
              </w:rPr>
              <w:t>년</w:t>
            </w:r>
            <w:r>
              <w:rPr>
                <w:sz w:val="16"/>
                <w:lang w:eastAsia="ko-KR"/>
              </w:rPr>
              <w:br/>
              <w:t>(</w:t>
            </w:r>
            <w:r>
              <w:rPr>
                <w:sz w:val="16"/>
                <w:lang w:eastAsia="ko-KR"/>
              </w:rPr>
              <w:t>회계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관련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서류는</w:t>
            </w:r>
            <w:r>
              <w:rPr>
                <w:sz w:val="16"/>
                <w:lang w:eastAsia="ko-KR"/>
              </w:rPr>
              <w:t xml:space="preserve"> 5</w:t>
            </w:r>
            <w:r>
              <w:rPr>
                <w:sz w:val="16"/>
                <w:lang w:eastAsia="ko-KR"/>
              </w:rPr>
              <w:t>년</w:t>
            </w:r>
            <w:r>
              <w:rPr>
                <w:sz w:val="16"/>
                <w:lang w:eastAsia="ko-KR"/>
              </w:rPr>
              <w:t>)</w:t>
            </w:r>
          </w:p>
        </w:tc>
        <w:tc>
          <w:tcPr>
            <w:tcW w:w="270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C632F" w:rsidRDefault="008B6229" w:rsidP="00751FA1">
            <w:pPr>
              <w:spacing w:before="240" w:after="0"/>
              <w:jc w:val="center"/>
            </w:pPr>
            <w:proofErr w:type="gramStart"/>
            <w:r>
              <w:rPr>
                <w:b/>
              </w:rPr>
              <w:t>[  ]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동의함</w:t>
            </w:r>
            <w:proofErr w:type="spellEnd"/>
            <w:r>
              <w:rPr>
                <w:b/>
              </w:rPr>
              <w:br/>
              <w:t xml:space="preserve">[  ] </w:t>
            </w:r>
            <w:proofErr w:type="spellStart"/>
            <w:r>
              <w:rPr>
                <w:b/>
              </w:rPr>
              <w:t>동의하지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</w:rPr>
              <w:t>않음</w:t>
            </w:r>
          </w:p>
        </w:tc>
      </w:tr>
    </w:tbl>
    <w:p w:rsidR="001C632F" w:rsidRDefault="008B6229">
      <w:pPr>
        <w:spacing w:before="200" w:after="40"/>
        <w:rPr>
          <w:lang w:eastAsia="ko-KR"/>
        </w:rPr>
      </w:pPr>
      <w:r>
        <w:rPr>
          <w:sz w:val="17"/>
          <w:lang w:eastAsia="ko-KR"/>
        </w:rPr>
        <w:t>본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단체</w:t>
      </w:r>
      <w:r>
        <w:rPr>
          <w:sz w:val="17"/>
          <w:lang w:eastAsia="ko-KR"/>
        </w:rPr>
        <w:t>(</w:t>
      </w:r>
      <w:r>
        <w:rPr>
          <w:sz w:val="17"/>
          <w:lang w:eastAsia="ko-KR"/>
        </w:rPr>
        <w:t>신청자</w:t>
      </w:r>
      <w:r>
        <w:rPr>
          <w:sz w:val="17"/>
          <w:lang w:eastAsia="ko-KR"/>
        </w:rPr>
        <w:t>)</w:t>
      </w:r>
      <w:r>
        <w:rPr>
          <w:sz w:val="17"/>
          <w:lang w:eastAsia="ko-KR"/>
        </w:rPr>
        <w:t>는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상기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체육관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대관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신청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내용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및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이용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수칙</w:t>
      </w:r>
      <w:r>
        <w:rPr>
          <w:sz w:val="17"/>
          <w:lang w:eastAsia="ko-KR"/>
        </w:rPr>
        <w:t>·</w:t>
      </w:r>
      <w:r>
        <w:rPr>
          <w:sz w:val="17"/>
          <w:lang w:eastAsia="ko-KR"/>
        </w:rPr>
        <w:t>면책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사항을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충분히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숙지하였으며</w:t>
      </w:r>
      <w:r>
        <w:rPr>
          <w:sz w:val="17"/>
          <w:lang w:eastAsia="ko-KR"/>
        </w:rPr>
        <w:t xml:space="preserve">, </w:t>
      </w:r>
      <w:r>
        <w:rPr>
          <w:sz w:val="17"/>
          <w:lang w:eastAsia="ko-KR"/>
        </w:rPr>
        <w:t>이를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준수할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것을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서약하며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대관을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신청합니다</w:t>
      </w:r>
      <w:r>
        <w:rPr>
          <w:sz w:val="17"/>
          <w:lang w:eastAsia="ko-KR"/>
        </w:rPr>
        <w:t>.</w:t>
      </w:r>
    </w:p>
    <w:p w:rsidR="00751FA1" w:rsidRDefault="00751FA1">
      <w:pPr>
        <w:spacing w:before="200" w:after="80"/>
        <w:jc w:val="center"/>
        <w:rPr>
          <w:rFonts w:eastAsia="맑은 고딕"/>
          <w:b/>
          <w:sz w:val="20"/>
          <w:lang w:eastAsia="ko-KR"/>
        </w:rPr>
      </w:pPr>
    </w:p>
    <w:p w:rsidR="00751FA1" w:rsidRPr="00751FA1" w:rsidRDefault="00751FA1">
      <w:pPr>
        <w:spacing w:before="200" w:after="80"/>
        <w:jc w:val="center"/>
        <w:rPr>
          <w:rFonts w:eastAsia="맑은 고딕"/>
          <w:b/>
          <w:sz w:val="20"/>
          <w:lang w:eastAsia="ko-KR"/>
        </w:rPr>
      </w:pPr>
    </w:p>
    <w:p w:rsidR="001C632F" w:rsidRDefault="008B6229">
      <w:pPr>
        <w:spacing w:before="200" w:after="80"/>
        <w:jc w:val="center"/>
        <w:rPr>
          <w:b/>
        </w:rPr>
      </w:pPr>
      <w:r w:rsidRPr="00751FA1">
        <w:rPr>
          <w:b/>
        </w:rPr>
        <w:t>2026</w:t>
      </w:r>
      <w:r w:rsidRPr="00751FA1">
        <w:rPr>
          <w:b/>
        </w:rPr>
        <w:t>년</w:t>
      </w:r>
      <w:r w:rsidRPr="00751FA1">
        <w:rPr>
          <w:b/>
        </w:rPr>
        <w:t xml:space="preserve">          </w:t>
      </w:r>
      <w:r w:rsidRPr="00751FA1">
        <w:rPr>
          <w:b/>
        </w:rPr>
        <w:t>월</w:t>
      </w:r>
      <w:r w:rsidRPr="00751FA1">
        <w:rPr>
          <w:b/>
        </w:rPr>
        <w:t xml:space="preserve">          </w:t>
      </w:r>
      <w:r w:rsidRPr="00751FA1">
        <w:rPr>
          <w:b/>
        </w:rPr>
        <w:t>일</w:t>
      </w:r>
    </w:p>
    <w:p w:rsidR="00751FA1" w:rsidRPr="00751FA1" w:rsidRDefault="00751FA1">
      <w:pPr>
        <w:spacing w:before="200" w:after="80"/>
        <w:jc w:val="center"/>
        <w:rPr>
          <w:sz w:val="24"/>
        </w:rPr>
      </w:pP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2697"/>
        <w:gridCol w:w="2697"/>
        <w:gridCol w:w="2699"/>
        <w:gridCol w:w="2697"/>
      </w:tblGrid>
      <w:tr w:rsidR="001C632F" w:rsidTr="00751FA1">
        <w:trPr>
          <w:trHeight w:val="688"/>
          <w:jc w:val="center"/>
        </w:trPr>
        <w:tc>
          <w:tcPr>
            <w:tcW w:w="270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51FA1" w:rsidRDefault="008B6229" w:rsidP="00751FA1">
            <w:pPr>
              <w:spacing w:after="0"/>
            </w:pPr>
            <w:proofErr w:type="spellStart"/>
            <w:r w:rsidRPr="00751FA1">
              <w:rPr>
                <w:b/>
              </w:rPr>
              <w:t>신청</w:t>
            </w:r>
            <w:proofErr w:type="spellEnd"/>
            <w:r w:rsidRPr="00751FA1">
              <w:rPr>
                <w:b/>
              </w:rPr>
              <w:t xml:space="preserve"> </w:t>
            </w:r>
            <w:proofErr w:type="spellStart"/>
            <w:r w:rsidRPr="00751FA1">
              <w:rPr>
                <w:b/>
              </w:rPr>
              <w:t>단체명</w:t>
            </w:r>
            <w:proofErr w:type="spellEnd"/>
          </w:p>
        </w:tc>
        <w:tc>
          <w:tcPr>
            <w:tcW w:w="27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51FA1" w:rsidRDefault="001C632F" w:rsidP="00751FA1">
            <w:pPr>
              <w:spacing w:after="0"/>
            </w:pPr>
          </w:p>
        </w:tc>
        <w:tc>
          <w:tcPr>
            <w:tcW w:w="2700" w:type="dxa"/>
            <w:shd w:val="clear" w:color="auto" w:fill="F7FAFC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51FA1" w:rsidRDefault="008B6229" w:rsidP="00751FA1">
            <w:pPr>
              <w:spacing w:after="0"/>
            </w:pPr>
            <w:r w:rsidRPr="00751FA1">
              <w:rPr>
                <w:b/>
              </w:rPr>
              <w:t>대표자</w:t>
            </w:r>
            <w:r w:rsidRPr="00751FA1">
              <w:rPr>
                <w:b/>
              </w:rPr>
              <w:t>(</w:t>
            </w:r>
            <w:r w:rsidRPr="00751FA1">
              <w:rPr>
                <w:b/>
              </w:rPr>
              <w:t>신청자</w:t>
            </w:r>
            <w:r w:rsidRPr="00751FA1">
              <w:rPr>
                <w:b/>
              </w:rPr>
              <w:t>)</w:t>
            </w:r>
          </w:p>
        </w:tc>
        <w:tc>
          <w:tcPr>
            <w:tcW w:w="27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C632F" w:rsidRPr="00751FA1" w:rsidRDefault="008B6229" w:rsidP="00751FA1">
            <w:pPr>
              <w:spacing w:after="0"/>
              <w:jc w:val="right"/>
            </w:pPr>
            <w:r w:rsidRPr="00751FA1">
              <w:rPr>
                <w:color w:val="A0AEC0"/>
              </w:rPr>
              <w:t>(</w:t>
            </w:r>
            <w:r w:rsidRPr="00751FA1">
              <w:rPr>
                <w:color w:val="A0AEC0"/>
              </w:rPr>
              <w:t>서명</w:t>
            </w:r>
            <w:r w:rsidRPr="00751FA1">
              <w:rPr>
                <w:color w:val="A0AEC0"/>
              </w:rPr>
              <w:t xml:space="preserve"> </w:t>
            </w:r>
            <w:r w:rsidRPr="00751FA1">
              <w:rPr>
                <w:color w:val="A0AEC0"/>
              </w:rPr>
              <w:t>또는</w:t>
            </w:r>
            <w:r w:rsidRPr="00751FA1">
              <w:rPr>
                <w:color w:val="A0AEC0"/>
              </w:rPr>
              <w:t xml:space="preserve"> </w:t>
            </w:r>
            <w:r w:rsidRPr="00751FA1">
              <w:rPr>
                <w:color w:val="A0AEC0"/>
              </w:rPr>
              <w:t>인</w:t>
            </w:r>
            <w:r w:rsidRPr="00751FA1">
              <w:rPr>
                <w:color w:val="A0AEC0"/>
              </w:rPr>
              <w:t>)</w:t>
            </w:r>
          </w:p>
        </w:tc>
      </w:tr>
    </w:tbl>
    <w:p w:rsidR="00751FA1" w:rsidRDefault="00751FA1">
      <w:pPr>
        <w:spacing w:before="280"/>
        <w:jc w:val="center"/>
        <w:rPr>
          <w:rFonts w:eastAsia="맑은 고딕"/>
          <w:color w:val="718096"/>
          <w:sz w:val="17"/>
          <w:lang w:eastAsia="ko-KR"/>
        </w:rPr>
      </w:pPr>
    </w:p>
    <w:p w:rsidR="001C632F" w:rsidRPr="00751FA1" w:rsidRDefault="00A72270">
      <w:pPr>
        <w:spacing w:before="280"/>
        <w:jc w:val="center"/>
        <w:rPr>
          <w:rFonts w:eastAsia="맑은 고딕"/>
          <w:lang w:eastAsia="ko-KR"/>
        </w:rPr>
      </w:pPr>
      <w:r>
        <w:rPr>
          <w:rFonts w:ascii="맑은 고딕" w:eastAsia="맑은 고딕" w:hAnsi="맑은 고딕" w:cs="맑은 고딕" w:hint="eastAsia"/>
          <w:color w:val="718096"/>
          <w:sz w:val="17"/>
          <w:lang w:eastAsia="ko-KR"/>
        </w:rPr>
        <w:t>금산</w:t>
      </w:r>
      <w:bookmarkStart w:id="0" w:name="_GoBack"/>
      <w:bookmarkEnd w:id="0"/>
      <w:r w:rsidR="008B6229">
        <w:rPr>
          <w:color w:val="718096"/>
          <w:sz w:val="17"/>
          <w:lang w:eastAsia="ko-KR"/>
        </w:rPr>
        <w:t>반다비체육센터</w:t>
      </w:r>
      <w:r w:rsidR="008B6229">
        <w:rPr>
          <w:color w:val="718096"/>
          <w:sz w:val="17"/>
          <w:lang w:eastAsia="ko-KR"/>
        </w:rPr>
        <w:t xml:space="preserve"> </w:t>
      </w:r>
      <w:r w:rsidR="008B6229">
        <w:rPr>
          <w:color w:val="718096"/>
          <w:sz w:val="17"/>
          <w:lang w:eastAsia="ko-KR"/>
        </w:rPr>
        <w:t>귀중</w:t>
      </w:r>
      <w:r w:rsidR="008B6229">
        <w:rPr>
          <w:color w:val="718096"/>
          <w:sz w:val="17"/>
          <w:lang w:eastAsia="ko-KR"/>
        </w:rPr>
        <w:t xml:space="preserve">   |   </w:t>
      </w:r>
      <w:r w:rsidR="008B6229">
        <w:rPr>
          <w:color w:val="718096"/>
          <w:sz w:val="17"/>
          <w:lang w:eastAsia="ko-KR"/>
        </w:rPr>
        <w:t>체육관</w:t>
      </w:r>
      <w:r w:rsidR="008B6229">
        <w:rPr>
          <w:color w:val="718096"/>
          <w:sz w:val="17"/>
          <w:lang w:eastAsia="ko-KR"/>
        </w:rPr>
        <w:t xml:space="preserve"> </w:t>
      </w:r>
      <w:r w:rsidR="008B6229">
        <w:rPr>
          <w:color w:val="718096"/>
          <w:sz w:val="17"/>
          <w:lang w:eastAsia="ko-KR"/>
        </w:rPr>
        <w:t>대관</w:t>
      </w:r>
      <w:r w:rsidR="008B6229">
        <w:rPr>
          <w:color w:val="718096"/>
          <w:sz w:val="17"/>
          <w:lang w:eastAsia="ko-KR"/>
        </w:rPr>
        <w:t xml:space="preserve"> </w:t>
      </w:r>
      <w:r w:rsidR="008B6229">
        <w:rPr>
          <w:color w:val="718096"/>
          <w:sz w:val="17"/>
          <w:lang w:eastAsia="ko-KR"/>
        </w:rPr>
        <w:t>신청서</w:t>
      </w:r>
      <w:r w:rsidR="008B6229">
        <w:rPr>
          <w:color w:val="718096"/>
          <w:sz w:val="17"/>
          <w:lang w:eastAsia="ko-KR"/>
        </w:rPr>
        <w:t xml:space="preserve"> </w:t>
      </w:r>
      <w:r w:rsidR="008B6229">
        <w:rPr>
          <w:color w:val="718096"/>
          <w:sz w:val="17"/>
          <w:lang w:eastAsia="ko-KR"/>
        </w:rPr>
        <w:t>및</w:t>
      </w:r>
      <w:r w:rsidR="008B6229">
        <w:rPr>
          <w:color w:val="718096"/>
          <w:sz w:val="17"/>
          <w:lang w:eastAsia="ko-KR"/>
        </w:rPr>
        <w:t xml:space="preserve"> </w:t>
      </w:r>
      <w:r w:rsidR="008B6229">
        <w:rPr>
          <w:color w:val="718096"/>
          <w:sz w:val="17"/>
          <w:lang w:eastAsia="ko-KR"/>
        </w:rPr>
        <w:t>이용</w:t>
      </w:r>
      <w:r w:rsidR="008B6229">
        <w:rPr>
          <w:color w:val="718096"/>
          <w:sz w:val="17"/>
          <w:lang w:eastAsia="ko-KR"/>
        </w:rPr>
        <w:t xml:space="preserve"> </w:t>
      </w:r>
      <w:r w:rsidR="008B6229">
        <w:rPr>
          <w:color w:val="718096"/>
          <w:sz w:val="17"/>
          <w:lang w:eastAsia="ko-KR"/>
        </w:rPr>
        <w:t>서약서</w:t>
      </w:r>
      <w:r w:rsidR="00751FA1">
        <w:rPr>
          <w:rFonts w:eastAsia="맑은 고딕" w:hint="eastAsia"/>
          <w:color w:val="718096"/>
          <w:sz w:val="17"/>
          <w:lang w:eastAsia="ko-KR"/>
        </w:rPr>
        <w:t>(</w:t>
      </w:r>
      <w:r w:rsidR="00751FA1">
        <w:rPr>
          <w:rFonts w:eastAsia="맑은 고딕"/>
          <w:color w:val="718096"/>
          <w:sz w:val="17"/>
          <w:lang w:eastAsia="ko-KR"/>
        </w:rPr>
        <w:t>2/2)</w:t>
      </w:r>
    </w:p>
    <w:sectPr w:rsidR="001C632F" w:rsidRPr="00751FA1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4246" w:rsidRDefault="00124246" w:rsidP="00124246">
      <w:pPr>
        <w:spacing w:after="0" w:line="240" w:lineRule="auto"/>
      </w:pPr>
      <w:r>
        <w:separator/>
      </w:r>
    </w:p>
  </w:endnote>
  <w:endnote w:type="continuationSeparator" w:id="0">
    <w:p w:rsidR="00124246" w:rsidRDefault="00124246" w:rsidP="00124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4246" w:rsidRDefault="00124246" w:rsidP="00124246">
      <w:pPr>
        <w:spacing w:after="0" w:line="240" w:lineRule="auto"/>
      </w:pPr>
      <w:r>
        <w:separator/>
      </w:r>
    </w:p>
  </w:footnote>
  <w:footnote w:type="continuationSeparator" w:id="0">
    <w:p w:rsidR="00124246" w:rsidRDefault="00124246" w:rsidP="001242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2038CC"/>
    <w:multiLevelType w:val="hybridMultilevel"/>
    <w:tmpl w:val="8690E9BC"/>
    <w:lvl w:ilvl="0" w:tplc="69323818">
      <w:start w:val="1"/>
      <w:numFmt w:val="decimal"/>
      <w:lvlText w:val="%1."/>
      <w:lvlJc w:val="left"/>
      <w:pPr>
        <w:ind w:left="760" w:hanging="360"/>
      </w:pPr>
      <w:rPr>
        <w:rFonts w:hint="eastAsia"/>
        <w:b/>
        <w:sz w:val="17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12AF7DCC"/>
    <w:multiLevelType w:val="hybridMultilevel"/>
    <w:tmpl w:val="8D64C0B2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4246"/>
    <w:rsid w:val="0015074B"/>
    <w:rsid w:val="001C632F"/>
    <w:rsid w:val="0029639D"/>
    <w:rsid w:val="00326F90"/>
    <w:rsid w:val="00751FA1"/>
    <w:rsid w:val="00796614"/>
    <w:rsid w:val="008B6229"/>
    <w:rsid w:val="00A7227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9966151"/>
  <w14:defaultImageDpi w14:val="300"/>
  <w15:docId w15:val="{837735C3-FC6C-4E29-977D-06AF5C7B1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2FDD78-E533-4EEB-94CA-D9F7016A0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cp:lastPrinted>2026-07-31T05:40:00Z</cp:lastPrinted>
  <dcterms:created xsi:type="dcterms:W3CDTF">2026-07-20T09:14:00Z</dcterms:created>
  <dcterms:modified xsi:type="dcterms:W3CDTF">2026-08-06T05:50:00Z</dcterms:modified>
  <cp:category/>
</cp:coreProperties>
</file>